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B000A" w14:textId="77777777" w:rsidR="00697808" w:rsidRPr="00302C92" w:rsidRDefault="00370C4A">
      <w:pPr>
        <w:spacing w:after="40"/>
        <w:jc w:val="center"/>
        <w:rPr>
          <w:color w:val="000000" w:themeColor="text1"/>
          <w:sz w:val="24"/>
          <w:szCs w:val="24"/>
          <w:lang w:val="pt-BR"/>
        </w:rPr>
      </w:pPr>
      <w:r w:rsidRPr="00302C92">
        <w:rPr>
          <w:b/>
          <w:color w:val="000000" w:themeColor="text1"/>
          <w:sz w:val="24"/>
          <w:szCs w:val="24"/>
          <w:lang w:val="pt-BR"/>
        </w:rPr>
        <w:t>UNIVERSIDADE FEDERAL DE SÃO JOÃO DEL-REI - UFSJ</w:t>
      </w:r>
    </w:p>
    <w:p w14:paraId="3AED25B2" w14:textId="77777777" w:rsidR="00697808" w:rsidRPr="00302C92" w:rsidRDefault="00370C4A">
      <w:pPr>
        <w:spacing w:after="120"/>
        <w:jc w:val="center"/>
        <w:rPr>
          <w:color w:val="000000" w:themeColor="text1"/>
          <w:sz w:val="24"/>
          <w:szCs w:val="24"/>
          <w:lang w:val="pt-BR"/>
        </w:rPr>
      </w:pPr>
      <w:r w:rsidRPr="00302C92">
        <w:rPr>
          <w:color w:val="000000" w:themeColor="text1"/>
          <w:sz w:val="24"/>
          <w:szCs w:val="24"/>
          <w:lang w:val="pt-BR"/>
        </w:rPr>
        <w:t>CAMPUS CENTRO-OESTE DONA LINDU</w:t>
      </w:r>
    </w:p>
    <w:p w14:paraId="36CC01FE" w14:textId="77777777" w:rsidR="00697808" w:rsidRPr="00302C92" w:rsidRDefault="00370C4A">
      <w:pPr>
        <w:spacing w:after="40"/>
        <w:jc w:val="center"/>
        <w:rPr>
          <w:color w:val="000000" w:themeColor="text1"/>
          <w:sz w:val="24"/>
          <w:szCs w:val="24"/>
          <w:lang w:val="pt-BR"/>
        </w:rPr>
      </w:pPr>
      <w:r w:rsidRPr="00302C92">
        <w:rPr>
          <w:b/>
          <w:color w:val="000000" w:themeColor="text1"/>
          <w:sz w:val="24"/>
          <w:szCs w:val="24"/>
          <w:lang w:val="pt-BR"/>
        </w:rPr>
        <w:t>FORMULÁRIO DE SOLICITAÇÃO DE APROVEITAMENTO DE ESTUDOS</w:t>
      </w:r>
    </w:p>
    <w:p w14:paraId="4B754F6E" w14:textId="77777777" w:rsidR="00697808" w:rsidRPr="00302C92" w:rsidRDefault="00370C4A">
      <w:pPr>
        <w:spacing w:after="40"/>
        <w:jc w:val="center"/>
        <w:rPr>
          <w:color w:val="000000" w:themeColor="text1"/>
          <w:sz w:val="24"/>
          <w:szCs w:val="24"/>
          <w:lang w:val="pt-BR"/>
        </w:rPr>
      </w:pPr>
      <w:r w:rsidRPr="00302C92">
        <w:rPr>
          <w:b/>
          <w:color w:val="000000" w:themeColor="text1"/>
          <w:sz w:val="24"/>
          <w:szCs w:val="24"/>
          <w:lang w:val="pt-BR"/>
        </w:rPr>
        <w:t>(EQUIVALÊNCIA EXTERNA)</w:t>
      </w:r>
    </w:p>
    <w:p w14:paraId="07FCDAEA" w14:textId="77777777" w:rsidR="00302C92" w:rsidRDefault="00302C92">
      <w:pPr>
        <w:spacing w:after="160"/>
        <w:jc w:val="center"/>
        <w:rPr>
          <w:i/>
          <w:sz w:val="21"/>
          <w:lang w:val="pt-BR"/>
        </w:rPr>
      </w:pPr>
    </w:p>
    <w:p w14:paraId="1A94B582" w14:textId="77777777" w:rsidR="00697808" w:rsidRDefault="00370C4A">
      <w:pPr>
        <w:spacing w:before="120" w:after="80"/>
      </w:pPr>
      <w:r>
        <w:rPr>
          <w:b/>
          <w:color w:val="000000"/>
          <w:sz w:val="24"/>
        </w:rPr>
        <w:t>1. Dados do discente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655"/>
        <w:gridCol w:w="2605"/>
        <w:gridCol w:w="2643"/>
        <w:gridCol w:w="2513"/>
      </w:tblGrid>
      <w:tr w:rsidR="00697808" w14:paraId="7ACFD031" w14:textId="77777777">
        <w:trPr>
          <w:jc w:val="center"/>
        </w:trPr>
        <w:tc>
          <w:tcPr>
            <w:tcW w:w="294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9E8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040DAC" w14:textId="77777777" w:rsidR="00697808" w:rsidRDefault="00370C4A">
            <w:pPr>
              <w:spacing w:line="252" w:lineRule="auto"/>
            </w:pPr>
            <w:r>
              <w:rPr>
                <w:b/>
              </w:rPr>
              <w:t>Nome completo</w:t>
            </w:r>
          </w:p>
        </w:tc>
        <w:tc>
          <w:tcPr>
            <w:tcW w:w="294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8D6A54" w14:textId="77777777" w:rsidR="00697808" w:rsidRDefault="00697808">
            <w:pPr>
              <w:spacing w:line="252" w:lineRule="auto"/>
            </w:pPr>
          </w:p>
        </w:tc>
        <w:tc>
          <w:tcPr>
            <w:tcW w:w="294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9E8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351977" w14:textId="77777777" w:rsidR="00697808" w:rsidRDefault="00370C4A">
            <w:pPr>
              <w:spacing w:line="252" w:lineRule="auto"/>
            </w:pPr>
            <w:r>
              <w:rPr>
                <w:b/>
              </w:rPr>
              <w:t>Matrícula</w:t>
            </w:r>
          </w:p>
        </w:tc>
        <w:tc>
          <w:tcPr>
            <w:tcW w:w="30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1EDB4C" w14:textId="77777777" w:rsidR="00697808" w:rsidRDefault="00697808">
            <w:pPr>
              <w:spacing w:line="252" w:lineRule="auto"/>
            </w:pPr>
          </w:p>
        </w:tc>
      </w:tr>
      <w:tr w:rsidR="00697808" w14:paraId="77098088" w14:textId="77777777">
        <w:trPr>
          <w:jc w:val="center"/>
        </w:trPr>
        <w:tc>
          <w:tcPr>
            <w:tcW w:w="294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9E8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72E2FC" w14:textId="77777777" w:rsidR="00697808" w:rsidRDefault="00370C4A">
            <w:pPr>
              <w:spacing w:line="252" w:lineRule="auto"/>
            </w:pPr>
            <w:r>
              <w:rPr>
                <w:b/>
              </w:rPr>
              <w:t>Curso</w:t>
            </w:r>
          </w:p>
        </w:tc>
        <w:tc>
          <w:tcPr>
            <w:tcW w:w="294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7AA8B2" w14:textId="77777777" w:rsidR="00697808" w:rsidRDefault="00370C4A">
            <w:pPr>
              <w:spacing w:line="252" w:lineRule="auto"/>
            </w:pPr>
            <w:r>
              <w:t>Medicina</w:t>
            </w:r>
          </w:p>
        </w:tc>
        <w:tc>
          <w:tcPr>
            <w:tcW w:w="294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9E8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A6BBFD" w14:textId="77777777" w:rsidR="00697808" w:rsidRDefault="00370C4A">
            <w:pPr>
              <w:spacing w:line="252" w:lineRule="auto"/>
            </w:pPr>
            <w:r>
              <w:rPr>
                <w:b/>
              </w:rPr>
              <w:t>Currículo</w:t>
            </w:r>
          </w:p>
        </w:tc>
        <w:tc>
          <w:tcPr>
            <w:tcW w:w="30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868E2F" w14:textId="77777777" w:rsidR="00697808" w:rsidRDefault="00697808">
            <w:pPr>
              <w:spacing w:line="252" w:lineRule="auto"/>
            </w:pPr>
          </w:p>
        </w:tc>
      </w:tr>
      <w:tr w:rsidR="00697808" w14:paraId="35B481D3" w14:textId="77777777">
        <w:trPr>
          <w:jc w:val="center"/>
        </w:trPr>
        <w:tc>
          <w:tcPr>
            <w:tcW w:w="294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9E8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94CAFB" w14:textId="77777777" w:rsidR="00697808" w:rsidRDefault="00370C4A">
            <w:pPr>
              <w:spacing w:line="252" w:lineRule="auto"/>
            </w:pPr>
            <w:r>
              <w:rPr>
                <w:b/>
              </w:rPr>
              <w:t>Turno/Grau</w:t>
            </w:r>
          </w:p>
        </w:tc>
        <w:tc>
          <w:tcPr>
            <w:tcW w:w="294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3BD679" w14:textId="77777777" w:rsidR="00697808" w:rsidRDefault="00370C4A">
            <w:pPr>
              <w:spacing w:line="252" w:lineRule="auto"/>
            </w:pPr>
            <w:r>
              <w:t>Integral</w:t>
            </w:r>
          </w:p>
        </w:tc>
        <w:tc>
          <w:tcPr>
            <w:tcW w:w="294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9E8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9FD13F" w14:textId="77777777" w:rsidR="00697808" w:rsidRDefault="00370C4A">
            <w:pPr>
              <w:spacing w:line="252" w:lineRule="auto"/>
            </w:pPr>
            <w:r>
              <w:rPr>
                <w:b/>
              </w:rPr>
              <w:t>Instituição de origem</w:t>
            </w:r>
          </w:p>
        </w:tc>
        <w:tc>
          <w:tcPr>
            <w:tcW w:w="30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2B504D" w14:textId="77777777" w:rsidR="00697808" w:rsidRDefault="00697808">
            <w:pPr>
              <w:spacing w:line="252" w:lineRule="auto"/>
            </w:pPr>
          </w:p>
        </w:tc>
      </w:tr>
      <w:tr w:rsidR="00697808" w14:paraId="048ACC3A" w14:textId="77777777">
        <w:trPr>
          <w:jc w:val="center"/>
        </w:trPr>
        <w:tc>
          <w:tcPr>
            <w:tcW w:w="294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9E8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E54C0C" w14:textId="77777777" w:rsidR="00697808" w:rsidRDefault="00370C4A">
            <w:pPr>
              <w:spacing w:line="252" w:lineRule="auto"/>
            </w:pPr>
            <w:r>
              <w:rPr>
                <w:b/>
              </w:rPr>
              <w:t>Curso de origem</w:t>
            </w:r>
          </w:p>
        </w:tc>
        <w:tc>
          <w:tcPr>
            <w:tcW w:w="294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A364BE" w14:textId="77777777" w:rsidR="00697808" w:rsidRDefault="00697808">
            <w:pPr>
              <w:spacing w:line="252" w:lineRule="auto"/>
            </w:pPr>
          </w:p>
        </w:tc>
        <w:tc>
          <w:tcPr>
            <w:tcW w:w="294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9E8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5C9494" w14:textId="77777777" w:rsidR="00697808" w:rsidRDefault="00370C4A">
            <w:pPr>
              <w:spacing w:line="252" w:lineRule="auto"/>
            </w:pPr>
            <w:r>
              <w:rPr>
                <w:b/>
              </w:rPr>
              <w:t>Período(s) cursado(s)</w:t>
            </w:r>
          </w:p>
        </w:tc>
        <w:tc>
          <w:tcPr>
            <w:tcW w:w="30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BCDD83" w14:textId="77777777" w:rsidR="00697808" w:rsidRDefault="00697808">
            <w:pPr>
              <w:spacing w:line="252" w:lineRule="auto"/>
            </w:pPr>
          </w:p>
        </w:tc>
      </w:tr>
    </w:tbl>
    <w:p w14:paraId="5BC9742E" w14:textId="77777777" w:rsidR="00697808" w:rsidRDefault="00370C4A">
      <w:pPr>
        <w:spacing w:before="120" w:after="80"/>
      </w:pPr>
      <w:r>
        <w:rPr>
          <w:b/>
          <w:color w:val="000000"/>
          <w:sz w:val="24"/>
        </w:rPr>
        <w:t>2. Orientações para preenchimento</w:t>
      </w:r>
    </w:p>
    <w:p w14:paraId="5A7B01DE" w14:textId="77777777" w:rsidR="00697808" w:rsidRPr="00302C92" w:rsidRDefault="00370C4A">
      <w:pPr>
        <w:pStyle w:val="Commarcadores"/>
        <w:spacing w:after="20"/>
        <w:ind w:left="397" w:hanging="170"/>
        <w:rPr>
          <w:lang w:val="pt-BR"/>
        </w:rPr>
      </w:pPr>
      <w:r w:rsidRPr="00302C92">
        <w:rPr>
          <w:sz w:val="19"/>
          <w:lang w:val="pt-BR"/>
        </w:rPr>
        <w:t>Preencher um bloco de análise completo para cada Unidade Curricular (UC) da UFSJ/CCO cuja equivalência externa for solicitada, compreendendo os Quad</w:t>
      </w:r>
      <w:r w:rsidRPr="00302C92">
        <w:rPr>
          <w:sz w:val="19"/>
          <w:lang w:val="pt-BR"/>
        </w:rPr>
        <w:t>ros A, B e C.</w:t>
      </w:r>
    </w:p>
    <w:p w14:paraId="3C0396D6" w14:textId="77777777" w:rsidR="00697808" w:rsidRPr="00302C92" w:rsidRDefault="00370C4A">
      <w:pPr>
        <w:pStyle w:val="Commarcadores"/>
        <w:spacing w:after="20"/>
        <w:ind w:left="397" w:hanging="170"/>
        <w:rPr>
          <w:lang w:val="pt-BR"/>
        </w:rPr>
      </w:pPr>
      <w:r w:rsidRPr="00302C92">
        <w:rPr>
          <w:sz w:val="19"/>
          <w:lang w:val="pt-BR"/>
        </w:rPr>
        <w:t>É permitida a composição de uma única UC da UFSJ/CCO com uma ou mais disciplinas/componentes cursados na instituição de origem, desde que haja compatibilidade mínima de 75% em conteúdo e em carga horária.</w:t>
      </w:r>
    </w:p>
    <w:p w14:paraId="70BE6CE0" w14:textId="77777777" w:rsidR="00697808" w:rsidRPr="00302C92" w:rsidRDefault="00370C4A">
      <w:pPr>
        <w:pStyle w:val="Commarcadores"/>
        <w:spacing w:after="20"/>
        <w:ind w:left="397" w:hanging="170"/>
        <w:rPr>
          <w:lang w:val="pt-BR"/>
        </w:rPr>
      </w:pPr>
      <w:r w:rsidRPr="00302C92">
        <w:rPr>
          <w:sz w:val="19"/>
          <w:lang w:val="pt-BR"/>
        </w:rPr>
        <w:t>A mesma carga horária da disciplina d</w:t>
      </w:r>
      <w:r w:rsidRPr="00302C92">
        <w:rPr>
          <w:sz w:val="19"/>
          <w:lang w:val="pt-BR"/>
        </w:rPr>
        <w:t>e origem não poderá ser reutilizada em mais de uma solicitação. Se apenas parte da carga horária for utilizada, o discente deverá informar exatamente a fração aproveitada e o saldo remanescente.</w:t>
      </w:r>
    </w:p>
    <w:p w14:paraId="5463C51C" w14:textId="77777777" w:rsidR="00697808" w:rsidRPr="00302C92" w:rsidRDefault="00370C4A">
      <w:pPr>
        <w:pStyle w:val="Commarcadores"/>
        <w:spacing w:after="20"/>
        <w:ind w:left="397" w:hanging="170"/>
        <w:rPr>
          <w:lang w:val="pt-BR"/>
        </w:rPr>
      </w:pPr>
      <w:r w:rsidRPr="00302C92">
        <w:rPr>
          <w:sz w:val="19"/>
          <w:lang w:val="pt-BR"/>
        </w:rPr>
        <w:t>Quando houver carga teórica e prática, a compatibilidade deve</w:t>
      </w:r>
      <w:r w:rsidRPr="00302C92">
        <w:rPr>
          <w:sz w:val="19"/>
          <w:lang w:val="pt-BR"/>
        </w:rPr>
        <w:t>rá ser demonstrada separadamente, de modo a permitir a análise do perfil teórico-prático da UC pretendida.</w:t>
      </w:r>
    </w:p>
    <w:p w14:paraId="128DA734" w14:textId="77777777" w:rsidR="00697808" w:rsidRPr="00302C92" w:rsidRDefault="00370C4A">
      <w:pPr>
        <w:pStyle w:val="Commarcadores"/>
        <w:spacing w:after="20"/>
        <w:ind w:left="397" w:hanging="170"/>
        <w:rPr>
          <w:lang w:val="pt-BR"/>
        </w:rPr>
      </w:pPr>
      <w:r w:rsidRPr="00302C92">
        <w:rPr>
          <w:sz w:val="19"/>
          <w:lang w:val="pt-BR"/>
        </w:rPr>
        <w:t xml:space="preserve">Anexar histórico escolar, ementas/planos de ensino e, quando necessário, documento complementar que evidencie conteúdo programático, </w:t>
      </w:r>
      <w:r w:rsidRPr="00302C92">
        <w:rPr>
          <w:sz w:val="19"/>
          <w:lang w:val="pt-BR"/>
        </w:rPr>
        <w:t>metodologia e cenários de prática.</w:t>
      </w:r>
    </w:p>
    <w:p w14:paraId="5F543C2C" w14:textId="77777777" w:rsidR="00697808" w:rsidRPr="00302C92" w:rsidRDefault="00370C4A">
      <w:pPr>
        <w:pStyle w:val="Commarcadores"/>
        <w:spacing w:after="20"/>
        <w:ind w:left="397" w:hanging="170"/>
        <w:rPr>
          <w:lang w:val="pt-BR"/>
        </w:rPr>
      </w:pPr>
      <w:r w:rsidRPr="00302C92">
        <w:rPr>
          <w:sz w:val="19"/>
          <w:lang w:val="pt-BR"/>
        </w:rPr>
        <w:t>O ônus de demonstrar a equivalência é do discente. Ao Colegiado caberá conferir a consistência técnica das informações e deliberar sobre o pedido.</w:t>
      </w:r>
    </w:p>
    <w:p w14:paraId="3D954C5C" w14:textId="77777777" w:rsidR="00697808" w:rsidRPr="00302C92" w:rsidRDefault="00370C4A">
      <w:pPr>
        <w:spacing w:before="120" w:after="80"/>
        <w:rPr>
          <w:lang w:val="pt-BR"/>
        </w:rPr>
      </w:pPr>
      <w:r w:rsidRPr="00302C92">
        <w:rPr>
          <w:b/>
          <w:color w:val="000000"/>
          <w:sz w:val="24"/>
          <w:lang w:val="pt-BR"/>
        </w:rPr>
        <w:t>3. Quadro A - Unidade curricular da UFSJ/CCO a ser analisada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661"/>
        <w:gridCol w:w="2535"/>
        <w:gridCol w:w="2637"/>
        <w:gridCol w:w="2583"/>
      </w:tblGrid>
      <w:tr w:rsidR="00697808" w14:paraId="6FD5D944" w14:textId="77777777">
        <w:trPr>
          <w:jc w:val="center"/>
        </w:trPr>
        <w:tc>
          <w:tcPr>
            <w:tcW w:w="294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9E8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9F403D" w14:textId="77777777" w:rsidR="00697808" w:rsidRDefault="00370C4A">
            <w:pPr>
              <w:spacing w:line="252" w:lineRule="auto"/>
            </w:pPr>
            <w:r>
              <w:rPr>
                <w:b/>
              </w:rPr>
              <w:t>Nome da UC/UF</w:t>
            </w:r>
            <w:r>
              <w:rPr>
                <w:b/>
              </w:rPr>
              <w:t>SJ</w:t>
            </w:r>
          </w:p>
        </w:tc>
        <w:tc>
          <w:tcPr>
            <w:tcW w:w="294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701D55" w14:textId="77777777" w:rsidR="00697808" w:rsidRDefault="00697808">
            <w:pPr>
              <w:spacing w:line="252" w:lineRule="auto"/>
            </w:pPr>
          </w:p>
        </w:tc>
        <w:tc>
          <w:tcPr>
            <w:tcW w:w="294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9E8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22100E" w14:textId="77777777" w:rsidR="00697808" w:rsidRDefault="00370C4A">
            <w:pPr>
              <w:spacing w:line="252" w:lineRule="auto"/>
            </w:pPr>
            <w:r>
              <w:rPr>
                <w:b/>
              </w:rPr>
              <w:t>Código</w:t>
            </w:r>
          </w:p>
        </w:tc>
        <w:tc>
          <w:tcPr>
            <w:tcW w:w="30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CEE28B" w14:textId="77777777" w:rsidR="00697808" w:rsidRDefault="00697808">
            <w:pPr>
              <w:spacing w:line="252" w:lineRule="auto"/>
            </w:pPr>
          </w:p>
        </w:tc>
      </w:tr>
      <w:tr w:rsidR="00697808" w14:paraId="3E69EF3D" w14:textId="77777777">
        <w:trPr>
          <w:jc w:val="center"/>
        </w:trPr>
        <w:tc>
          <w:tcPr>
            <w:tcW w:w="294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9E8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FCFFAF" w14:textId="77777777" w:rsidR="00697808" w:rsidRDefault="00370C4A">
            <w:pPr>
              <w:spacing w:line="252" w:lineRule="auto"/>
            </w:pPr>
            <w:r>
              <w:rPr>
                <w:b/>
              </w:rPr>
              <w:t>Período</w:t>
            </w:r>
          </w:p>
        </w:tc>
        <w:tc>
          <w:tcPr>
            <w:tcW w:w="294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E9D1AF" w14:textId="77777777" w:rsidR="00697808" w:rsidRDefault="00697808">
            <w:pPr>
              <w:spacing w:line="252" w:lineRule="auto"/>
            </w:pPr>
          </w:p>
        </w:tc>
        <w:tc>
          <w:tcPr>
            <w:tcW w:w="294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9E8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1E232F" w14:textId="77777777" w:rsidR="00697808" w:rsidRDefault="00370C4A">
            <w:pPr>
              <w:spacing w:line="252" w:lineRule="auto"/>
            </w:pPr>
            <w:r>
              <w:rPr>
                <w:b/>
              </w:rPr>
              <w:t>Carga horária total (h)</w:t>
            </w:r>
          </w:p>
        </w:tc>
        <w:tc>
          <w:tcPr>
            <w:tcW w:w="30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387840" w14:textId="77777777" w:rsidR="00697808" w:rsidRDefault="00697808">
            <w:pPr>
              <w:spacing w:line="252" w:lineRule="auto"/>
            </w:pPr>
          </w:p>
        </w:tc>
      </w:tr>
      <w:tr w:rsidR="00697808" w14:paraId="78BCE4C9" w14:textId="77777777">
        <w:trPr>
          <w:jc w:val="center"/>
        </w:trPr>
        <w:tc>
          <w:tcPr>
            <w:tcW w:w="294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9E8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0BD5A6" w14:textId="77777777" w:rsidR="00697808" w:rsidRDefault="00370C4A">
            <w:pPr>
              <w:spacing w:line="252" w:lineRule="auto"/>
            </w:pPr>
            <w:r>
              <w:rPr>
                <w:b/>
              </w:rPr>
              <w:t>CH teórica (h)</w:t>
            </w:r>
          </w:p>
        </w:tc>
        <w:tc>
          <w:tcPr>
            <w:tcW w:w="294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0FF6A7" w14:textId="77777777" w:rsidR="00697808" w:rsidRDefault="00697808">
            <w:pPr>
              <w:spacing w:line="252" w:lineRule="auto"/>
            </w:pPr>
          </w:p>
        </w:tc>
        <w:tc>
          <w:tcPr>
            <w:tcW w:w="294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9E8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764B1A" w14:textId="77777777" w:rsidR="00697808" w:rsidRDefault="00370C4A">
            <w:pPr>
              <w:spacing w:line="252" w:lineRule="auto"/>
            </w:pPr>
            <w:r>
              <w:rPr>
                <w:b/>
              </w:rPr>
              <w:t>CH prática (h)</w:t>
            </w:r>
          </w:p>
        </w:tc>
        <w:tc>
          <w:tcPr>
            <w:tcW w:w="300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2BC8A3" w14:textId="77777777" w:rsidR="00697808" w:rsidRDefault="00697808">
            <w:pPr>
              <w:spacing w:line="252" w:lineRule="auto"/>
            </w:pPr>
          </w:p>
        </w:tc>
      </w:tr>
      <w:tr w:rsidR="00697808" w:rsidRPr="00302C92" w14:paraId="3C6CE9EC" w14:textId="77777777">
        <w:trPr>
          <w:trHeight w:val="850"/>
          <w:jc w:val="center"/>
        </w:trPr>
        <w:tc>
          <w:tcPr>
            <w:tcW w:w="11849" w:type="dxa"/>
            <w:gridSpan w:val="4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9E8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A1EF7B" w14:textId="77777777" w:rsidR="00697808" w:rsidRPr="00302C92" w:rsidRDefault="00370C4A">
            <w:pPr>
              <w:spacing w:line="252" w:lineRule="auto"/>
              <w:rPr>
                <w:lang w:val="pt-BR"/>
              </w:rPr>
            </w:pPr>
            <w:r w:rsidRPr="00302C92">
              <w:rPr>
                <w:lang w:val="pt-BR"/>
              </w:rPr>
              <w:t>Ementa/objetivos de aprendizagem resumidos</w:t>
            </w:r>
          </w:p>
        </w:tc>
      </w:tr>
    </w:tbl>
    <w:p w14:paraId="566B3410" w14:textId="77777777" w:rsidR="00302C92" w:rsidRDefault="00302C92">
      <w:pPr>
        <w:spacing w:before="120" w:after="80"/>
        <w:rPr>
          <w:b/>
          <w:color w:val="000000"/>
          <w:sz w:val="24"/>
          <w:lang w:val="pt-BR"/>
        </w:rPr>
      </w:pPr>
    </w:p>
    <w:p w14:paraId="7DA25A75" w14:textId="77777777" w:rsidR="00302C92" w:rsidRDefault="00302C92">
      <w:pPr>
        <w:spacing w:before="120" w:after="80"/>
        <w:rPr>
          <w:b/>
          <w:color w:val="000000"/>
          <w:sz w:val="24"/>
          <w:lang w:val="pt-BR"/>
        </w:rPr>
      </w:pPr>
    </w:p>
    <w:p w14:paraId="25A77480" w14:textId="77777777" w:rsidR="00302C92" w:rsidRDefault="00302C92">
      <w:pPr>
        <w:spacing w:before="120" w:after="80"/>
        <w:rPr>
          <w:b/>
          <w:color w:val="000000"/>
          <w:sz w:val="24"/>
          <w:lang w:val="pt-BR"/>
        </w:rPr>
      </w:pPr>
    </w:p>
    <w:p w14:paraId="725E8A8B" w14:textId="77777777" w:rsidR="00302C92" w:rsidRDefault="00302C92">
      <w:pPr>
        <w:spacing w:before="120" w:after="80"/>
        <w:rPr>
          <w:b/>
          <w:color w:val="000000"/>
          <w:sz w:val="24"/>
          <w:lang w:val="pt-BR"/>
        </w:rPr>
      </w:pPr>
    </w:p>
    <w:p w14:paraId="09FD6317" w14:textId="77777777" w:rsidR="00302C92" w:rsidRDefault="00302C92">
      <w:pPr>
        <w:spacing w:before="120" w:after="80"/>
        <w:rPr>
          <w:b/>
          <w:color w:val="000000"/>
          <w:sz w:val="24"/>
          <w:lang w:val="pt-BR"/>
        </w:rPr>
      </w:pPr>
    </w:p>
    <w:p w14:paraId="1E5AF47E" w14:textId="77777777" w:rsidR="00302C92" w:rsidRDefault="00302C92">
      <w:pPr>
        <w:spacing w:before="120" w:after="80"/>
        <w:rPr>
          <w:b/>
          <w:color w:val="000000"/>
          <w:sz w:val="24"/>
          <w:lang w:val="pt-BR"/>
        </w:rPr>
      </w:pPr>
    </w:p>
    <w:p w14:paraId="2CB40400" w14:textId="77777777" w:rsidR="00302C92" w:rsidRDefault="00302C92">
      <w:pPr>
        <w:spacing w:before="120" w:after="80"/>
        <w:rPr>
          <w:b/>
          <w:color w:val="000000"/>
          <w:sz w:val="24"/>
          <w:lang w:val="pt-BR"/>
        </w:rPr>
      </w:pPr>
    </w:p>
    <w:p w14:paraId="538FA052" w14:textId="77777777" w:rsidR="00302C92" w:rsidRDefault="00302C92">
      <w:pPr>
        <w:spacing w:before="120" w:after="80"/>
        <w:rPr>
          <w:b/>
          <w:color w:val="000000"/>
          <w:sz w:val="24"/>
          <w:lang w:val="pt-BR"/>
        </w:rPr>
      </w:pPr>
    </w:p>
    <w:p w14:paraId="7B5F583C" w14:textId="77777777" w:rsidR="00302C92" w:rsidRDefault="00302C92">
      <w:pPr>
        <w:spacing w:before="120" w:after="80"/>
        <w:rPr>
          <w:b/>
          <w:color w:val="000000"/>
          <w:sz w:val="24"/>
          <w:lang w:val="pt-BR"/>
        </w:rPr>
        <w:sectPr w:rsidR="00302C92" w:rsidSect="00302C92">
          <w:pgSz w:w="11906" w:h="16838" w:orient="landscape"/>
          <w:pgMar w:top="737" w:right="737" w:bottom="737" w:left="737" w:header="720" w:footer="720" w:gutter="0"/>
          <w:cols w:space="720"/>
          <w:docGrid w:linePitch="360"/>
        </w:sectPr>
      </w:pPr>
    </w:p>
    <w:p w14:paraId="3956CAF8" w14:textId="4806419B" w:rsidR="00697808" w:rsidRPr="00302C92" w:rsidRDefault="00370C4A">
      <w:pPr>
        <w:spacing w:before="120" w:after="80"/>
        <w:rPr>
          <w:lang w:val="pt-BR"/>
        </w:rPr>
      </w:pPr>
      <w:r w:rsidRPr="00302C92">
        <w:rPr>
          <w:b/>
          <w:color w:val="000000"/>
          <w:sz w:val="24"/>
          <w:lang w:val="pt-BR"/>
        </w:rPr>
        <w:lastRenderedPageBreak/>
        <w:t xml:space="preserve">4. Quadro B - Componentes cursados na instituição de origem utilizados para compor a </w:t>
      </w:r>
      <w:r w:rsidRPr="00302C92">
        <w:rPr>
          <w:b/>
          <w:color w:val="000000"/>
          <w:sz w:val="24"/>
          <w:lang w:val="pt-BR"/>
        </w:rPr>
        <w:t>equivalência</w:t>
      </w:r>
    </w:p>
    <w:p w14:paraId="51B54EEE" w14:textId="77777777" w:rsidR="00697808" w:rsidRDefault="00370C4A">
      <w:pPr>
        <w:spacing w:after="80"/>
      </w:pPr>
      <w:r w:rsidRPr="00302C92">
        <w:rPr>
          <w:lang w:val="pt-BR"/>
        </w:rPr>
        <w:t xml:space="preserve">Preencher uma linha para cada disciplina/componente de origem utilizado. </w:t>
      </w:r>
      <w:r>
        <w:t xml:space="preserve">Se </w:t>
      </w:r>
      <w:proofErr w:type="spellStart"/>
      <w:r>
        <w:t>necessário</w:t>
      </w:r>
      <w:proofErr w:type="spellEnd"/>
      <w:r>
        <w:t xml:space="preserve">, </w:t>
      </w:r>
      <w:proofErr w:type="spellStart"/>
      <w:r>
        <w:t>duplicar</w:t>
      </w:r>
      <w:proofErr w:type="spellEnd"/>
      <w:r>
        <w:t xml:space="preserve"> </w:t>
      </w:r>
      <w:proofErr w:type="spellStart"/>
      <w:r>
        <w:t>linhas</w:t>
      </w:r>
      <w:proofErr w:type="spellEnd"/>
      <w:r>
        <w:t>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510"/>
        <w:gridCol w:w="1247"/>
        <w:gridCol w:w="1531"/>
        <w:gridCol w:w="907"/>
        <w:gridCol w:w="737"/>
        <w:gridCol w:w="737"/>
        <w:gridCol w:w="737"/>
        <w:gridCol w:w="1008"/>
        <w:gridCol w:w="1257"/>
        <w:gridCol w:w="918"/>
        <w:gridCol w:w="1020"/>
        <w:gridCol w:w="2835"/>
      </w:tblGrid>
      <w:tr w:rsidR="00697808" w:rsidRPr="00302C92" w14:paraId="65AEA248" w14:textId="77777777">
        <w:trPr>
          <w:trHeight w:val="1304"/>
          <w:jc w:val="center"/>
        </w:trPr>
        <w:tc>
          <w:tcPr>
            <w:tcW w:w="51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8CCE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A1DB33" w14:textId="77777777" w:rsidR="00697808" w:rsidRDefault="00370C4A">
            <w:pPr>
              <w:spacing w:line="252" w:lineRule="auto"/>
              <w:jc w:val="center"/>
            </w:pPr>
            <w:r>
              <w:rPr>
                <w:b/>
                <w:sz w:val="16"/>
              </w:rPr>
              <w:t>Item</w:t>
            </w:r>
          </w:p>
        </w:tc>
        <w:tc>
          <w:tcPr>
            <w:tcW w:w="124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8CCE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630C17" w14:textId="77777777" w:rsidR="00697808" w:rsidRDefault="00370C4A">
            <w:pPr>
              <w:spacing w:line="252" w:lineRule="auto"/>
              <w:jc w:val="center"/>
            </w:pPr>
            <w:r>
              <w:rPr>
                <w:b/>
                <w:sz w:val="16"/>
              </w:rPr>
              <w:t>Instituição / curso de origem</w:t>
            </w:r>
          </w:p>
        </w:tc>
        <w:tc>
          <w:tcPr>
            <w:tcW w:w="153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8CCE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D3C304" w14:textId="77777777" w:rsidR="00697808" w:rsidRDefault="00370C4A">
            <w:pPr>
              <w:spacing w:line="252" w:lineRule="auto"/>
              <w:jc w:val="center"/>
            </w:pPr>
            <w:r>
              <w:rPr>
                <w:b/>
                <w:sz w:val="16"/>
              </w:rPr>
              <w:t>Disciplina / componente de origem</w:t>
            </w:r>
          </w:p>
        </w:tc>
        <w:tc>
          <w:tcPr>
            <w:tcW w:w="90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8CCE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ED6989" w14:textId="77777777" w:rsidR="00697808" w:rsidRDefault="00370C4A">
            <w:pPr>
              <w:spacing w:line="252" w:lineRule="auto"/>
              <w:jc w:val="center"/>
            </w:pPr>
            <w:r>
              <w:rPr>
                <w:b/>
                <w:sz w:val="16"/>
              </w:rPr>
              <w:t>Situação / nota final</w:t>
            </w:r>
          </w:p>
        </w:tc>
        <w:tc>
          <w:tcPr>
            <w:tcW w:w="7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8CCE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F69AFD" w14:textId="77777777" w:rsidR="00697808" w:rsidRDefault="00370C4A">
            <w:pPr>
              <w:spacing w:line="252" w:lineRule="auto"/>
              <w:jc w:val="center"/>
            </w:pPr>
            <w:r>
              <w:rPr>
                <w:b/>
                <w:sz w:val="16"/>
              </w:rPr>
              <w:t>CH total da origem</w:t>
            </w:r>
          </w:p>
        </w:tc>
        <w:tc>
          <w:tcPr>
            <w:tcW w:w="7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8CCE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A4BD3E" w14:textId="77777777" w:rsidR="00697808" w:rsidRDefault="00370C4A">
            <w:pPr>
              <w:spacing w:line="252" w:lineRule="auto"/>
              <w:jc w:val="center"/>
            </w:pPr>
            <w:r>
              <w:rPr>
                <w:b/>
                <w:sz w:val="16"/>
              </w:rPr>
              <w:t>CH teórica da origem</w:t>
            </w:r>
          </w:p>
        </w:tc>
        <w:tc>
          <w:tcPr>
            <w:tcW w:w="7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8CCE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FCCB7D" w14:textId="77777777" w:rsidR="00697808" w:rsidRDefault="00370C4A">
            <w:pPr>
              <w:spacing w:line="252" w:lineRule="auto"/>
              <w:jc w:val="center"/>
            </w:pPr>
            <w:r>
              <w:rPr>
                <w:b/>
                <w:sz w:val="16"/>
              </w:rPr>
              <w:t>CH prát</w:t>
            </w:r>
            <w:r>
              <w:rPr>
                <w:b/>
                <w:sz w:val="16"/>
              </w:rPr>
              <w:t>ica da origem</w:t>
            </w:r>
          </w:p>
        </w:tc>
        <w:tc>
          <w:tcPr>
            <w:tcW w:w="90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8CCE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175DB0" w14:textId="77777777" w:rsidR="00697808" w:rsidRDefault="00370C4A">
            <w:pPr>
              <w:spacing w:line="252" w:lineRule="auto"/>
              <w:jc w:val="center"/>
            </w:pPr>
            <w:r>
              <w:rPr>
                <w:b/>
                <w:sz w:val="16"/>
              </w:rPr>
              <w:t>CH utilizada nesta solicitação</w:t>
            </w:r>
          </w:p>
        </w:tc>
        <w:tc>
          <w:tcPr>
            <w:tcW w:w="90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8CCE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721CA0" w14:textId="77777777" w:rsidR="00697808" w:rsidRDefault="00370C4A">
            <w:pPr>
              <w:spacing w:line="252" w:lineRule="auto"/>
              <w:jc w:val="center"/>
            </w:pPr>
            <w:r>
              <w:rPr>
                <w:b/>
                <w:sz w:val="16"/>
              </w:rPr>
              <w:t>Saldo remanescente</w:t>
            </w:r>
          </w:p>
        </w:tc>
        <w:tc>
          <w:tcPr>
            <w:tcW w:w="90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8CCE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C11158" w14:textId="77777777" w:rsidR="00697808" w:rsidRPr="00302C92" w:rsidRDefault="00370C4A">
            <w:pPr>
              <w:spacing w:line="252" w:lineRule="auto"/>
              <w:jc w:val="center"/>
              <w:rPr>
                <w:lang w:val="pt-BR"/>
              </w:rPr>
            </w:pPr>
            <w:r w:rsidRPr="00302C92">
              <w:rPr>
                <w:b/>
                <w:sz w:val="16"/>
                <w:lang w:val="pt-BR"/>
              </w:rPr>
              <w:t>% da disciplina de origem utilizada</w:t>
            </w:r>
          </w:p>
        </w:tc>
        <w:tc>
          <w:tcPr>
            <w:tcW w:w="10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8CCE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C35A65" w14:textId="77777777" w:rsidR="00697808" w:rsidRPr="00302C92" w:rsidRDefault="00370C4A">
            <w:pPr>
              <w:spacing w:line="252" w:lineRule="auto"/>
              <w:jc w:val="center"/>
              <w:rPr>
                <w:lang w:val="pt-BR"/>
              </w:rPr>
            </w:pPr>
            <w:r w:rsidRPr="00302C92">
              <w:rPr>
                <w:b/>
                <w:sz w:val="16"/>
                <w:lang w:val="pt-BR"/>
              </w:rPr>
              <w:t>% da CH total da UC da UFSJ coberta</w:t>
            </w:r>
          </w:p>
        </w:tc>
        <w:tc>
          <w:tcPr>
            <w:tcW w:w="28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8CCE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6FD798" w14:textId="77777777" w:rsidR="00697808" w:rsidRPr="00302C92" w:rsidRDefault="00370C4A">
            <w:pPr>
              <w:spacing w:line="252" w:lineRule="auto"/>
              <w:jc w:val="center"/>
              <w:rPr>
                <w:lang w:val="pt-BR"/>
              </w:rPr>
            </w:pPr>
            <w:r w:rsidRPr="00302C92">
              <w:rPr>
                <w:b/>
                <w:sz w:val="16"/>
                <w:lang w:val="pt-BR"/>
              </w:rPr>
              <w:t>Conteúdos/competências correspondentes utilizados na equivalência</w:t>
            </w:r>
          </w:p>
        </w:tc>
      </w:tr>
      <w:tr w:rsidR="00697808" w14:paraId="43110870" w14:textId="77777777">
        <w:trPr>
          <w:trHeight w:val="539"/>
          <w:jc w:val="center"/>
        </w:trPr>
        <w:tc>
          <w:tcPr>
            <w:tcW w:w="51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94899B" w14:textId="77777777" w:rsidR="00697808" w:rsidRDefault="00370C4A">
            <w:pPr>
              <w:spacing w:line="252" w:lineRule="auto"/>
            </w:pPr>
            <w:r>
              <w:rPr>
                <w:sz w:val="16"/>
              </w:rPr>
              <w:t>1</w:t>
            </w:r>
          </w:p>
        </w:tc>
        <w:tc>
          <w:tcPr>
            <w:tcW w:w="124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6FFD44" w14:textId="77777777" w:rsidR="00697808" w:rsidRDefault="00697808">
            <w:pPr>
              <w:spacing w:line="252" w:lineRule="auto"/>
            </w:pPr>
          </w:p>
        </w:tc>
        <w:tc>
          <w:tcPr>
            <w:tcW w:w="153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53DA38" w14:textId="77777777" w:rsidR="00697808" w:rsidRDefault="00697808">
            <w:pPr>
              <w:spacing w:line="252" w:lineRule="auto"/>
            </w:pPr>
          </w:p>
        </w:tc>
        <w:tc>
          <w:tcPr>
            <w:tcW w:w="90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E758E0" w14:textId="77777777" w:rsidR="00697808" w:rsidRDefault="00697808">
            <w:pPr>
              <w:spacing w:line="252" w:lineRule="auto"/>
            </w:pPr>
          </w:p>
        </w:tc>
        <w:tc>
          <w:tcPr>
            <w:tcW w:w="7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4994F8" w14:textId="77777777" w:rsidR="00697808" w:rsidRDefault="00697808">
            <w:pPr>
              <w:spacing w:line="252" w:lineRule="auto"/>
            </w:pPr>
          </w:p>
        </w:tc>
        <w:tc>
          <w:tcPr>
            <w:tcW w:w="7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E4B0DB" w14:textId="77777777" w:rsidR="00697808" w:rsidRDefault="00697808">
            <w:pPr>
              <w:spacing w:line="252" w:lineRule="auto"/>
            </w:pPr>
          </w:p>
        </w:tc>
        <w:tc>
          <w:tcPr>
            <w:tcW w:w="7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619554" w14:textId="77777777" w:rsidR="00697808" w:rsidRDefault="00697808">
            <w:pPr>
              <w:spacing w:line="252" w:lineRule="auto"/>
            </w:pPr>
          </w:p>
        </w:tc>
        <w:tc>
          <w:tcPr>
            <w:tcW w:w="90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AA9433" w14:textId="77777777" w:rsidR="00697808" w:rsidRDefault="00697808">
            <w:pPr>
              <w:spacing w:line="252" w:lineRule="auto"/>
            </w:pPr>
          </w:p>
        </w:tc>
        <w:tc>
          <w:tcPr>
            <w:tcW w:w="90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045CD1" w14:textId="77777777" w:rsidR="00697808" w:rsidRDefault="00697808">
            <w:pPr>
              <w:spacing w:line="252" w:lineRule="auto"/>
            </w:pPr>
          </w:p>
        </w:tc>
        <w:tc>
          <w:tcPr>
            <w:tcW w:w="90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69942A" w14:textId="77777777" w:rsidR="00697808" w:rsidRDefault="00697808">
            <w:pPr>
              <w:spacing w:line="252" w:lineRule="auto"/>
            </w:pPr>
          </w:p>
        </w:tc>
        <w:tc>
          <w:tcPr>
            <w:tcW w:w="10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661216" w14:textId="77777777" w:rsidR="00697808" w:rsidRDefault="00697808">
            <w:pPr>
              <w:spacing w:line="252" w:lineRule="auto"/>
            </w:pPr>
          </w:p>
        </w:tc>
        <w:tc>
          <w:tcPr>
            <w:tcW w:w="28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D08F2A" w14:textId="77777777" w:rsidR="00697808" w:rsidRDefault="00697808">
            <w:pPr>
              <w:spacing w:line="252" w:lineRule="auto"/>
            </w:pPr>
          </w:p>
        </w:tc>
      </w:tr>
      <w:tr w:rsidR="00697808" w14:paraId="1B7A4818" w14:textId="77777777">
        <w:trPr>
          <w:trHeight w:val="539"/>
          <w:jc w:val="center"/>
        </w:trPr>
        <w:tc>
          <w:tcPr>
            <w:tcW w:w="51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7D83C8" w14:textId="77777777" w:rsidR="00697808" w:rsidRDefault="00370C4A">
            <w:pPr>
              <w:spacing w:line="252" w:lineRule="auto"/>
            </w:pPr>
            <w:r>
              <w:rPr>
                <w:sz w:val="16"/>
              </w:rPr>
              <w:t>2</w:t>
            </w:r>
          </w:p>
        </w:tc>
        <w:tc>
          <w:tcPr>
            <w:tcW w:w="124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357A5C" w14:textId="77777777" w:rsidR="00697808" w:rsidRDefault="00697808">
            <w:pPr>
              <w:spacing w:line="252" w:lineRule="auto"/>
            </w:pPr>
          </w:p>
        </w:tc>
        <w:tc>
          <w:tcPr>
            <w:tcW w:w="153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A3C1B6" w14:textId="77777777" w:rsidR="00697808" w:rsidRDefault="00697808">
            <w:pPr>
              <w:spacing w:line="252" w:lineRule="auto"/>
            </w:pPr>
          </w:p>
        </w:tc>
        <w:tc>
          <w:tcPr>
            <w:tcW w:w="90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4B35FD" w14:textId="77777777" w:rsidR="00697808" w:rsidRDefault="00697808">
            <w:pPr>
              <w:spacing w:line="252" w:lineRule="auto"/>
            </w:pPr>
          </w:p>
        </w:tc>
        <w:tc>
          <w:tcPr>
            <w:tcW w:w="7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6300B5" w14:textId="77777777" w:rsidR="00697808" w:rsidRDefault="00697808">
            <w:pPr>
              <w:spacing w:line="252" w:lineRule="auto"/>
            </w:pPr>
          </w:p>
        </w:tc>
        <w:tc>
          <w:tcPr>
            <w:tcW w:w="7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1ED269" w14:textId="77777777" w:rsidR="00697808" w:rsidRDefault="00697808">
            <w:pPr>
              <w:spacing w:line="252" w:lineRule="auto"/>
            </w:pPr>
          </w:p>
        </w:tc>
        <w:tc>
          <w:tcPr>
            <w:tcW w:w="7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7AB187" w14:textId="77777777" w:rsidR="00697808" w:rsidRDefault="00697808">
            <w:pPr>
              <w:spacing w:line="252" w:lineRule="auto"/>
            </w:pPr>
          </w:p>
        </w:tc>
        <w:tc>
          <w:tcPr>
            <w:tcW w:w="90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F96867" w14:textId="77777777" w:rsidR="00697808" w:rsidRDefault="00697808">
            <w:pPr>
              <w:spacing w:line="252" w:lineRule="auto"/>
            </w:pPr>
          </w:p>
        </w:tc>
        <w:tc>
          <w:tcPr>
            <w:tcW w:w="90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270185" w14:textId="77777777" w:rsidR="00697808" w:rsidRDefault="00697808">
            <w:pPr>
              <w:spacing w:line="252" w:lineRule="auto"/>
            </w:pPr>
          </w:p>
        </w:tc>
        <w:tc>
          <w:tcPr>
            <w:tcW w:w="90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723DCF" w14:textId="77777777" w:rsidR="00697808" w:rsidRDefault="00697808">
            <w:pPr>
              <w:spacing w:line="252" w:lineRule="auto"/>
            </w:pPr>
          </w:p>
        </w:tc>
        <w:tc>
          <w:tcPr>
            <w:tcW w:w="10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B9F6A8" w14:textId="77777777" w:rsidR="00697808" w:rsidRDefault="00697808">
            <w:pPr>
              <w:spacing w:line="252" w:lineRule="auto"/>
            </w:pPr>
          </w:p>
        </w:tc>
        <w:tc>
          <w:tcPr>
            <w:tcW w:w="28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38574F" w14:textId="77777777" w:rsidR="00697808" w:rsidRDefault="00697808">
            <w:pPr>
              <w:spacing w:line="252" w:lineRule="auto"/>
            </w:pPr>
          </w:p>
        </w:tc>
      </w:tr>
      <w:tr w:rsidR="00697808" w14:paraId="2D50794D" w14:textId="77777777">
        <w:trPr>
          <w:trHeight w:val="539"/>
          <w:jc w:val="center"/>
        </w:trPr>
        <w:tc>
          <w:tcPr>
            <w:tcW w:w="51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2C84C1" w14:textId="77777777" w:rsidR="00697808" w:rsidRDefault="00370C4A">
            <w:pPr>
              <w:spacing w:line="252" w:lineRule="auto"/>
            </w:pPr>
            <w:r>
              <w:rPr>
                <w:sz w:val="16"/>
              </w:rPr>
              <w:t>3</w:t>
            </w:r>
          </w:p>
        </w:tc>
        <w:tc>
          <w:tcPr>
            <w:tcW w:w="124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EDB741" w14:textId="77777777" w:rsidR="00697808" w:rsidRDefault="00697808">
            <w:pPr>
              <w:spacing w:line="252" w:lineRule="auto"/>
            </w:pPr>
          </w:p>
        </w:tc>
        <w:tc>
          <w:tcPr>
            <w:tcW w:w="153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9C1BF9" w14:textId="77777777" w:rsidR="00697808" w:rsidRDefault="00697808">
            <w:pPr>
              <w:spacing w:line="252" w:lineRule="auto"/>
            </w:pPr>
          </w:p>
        </w:tc>
        <w:tc>
          <w:tcPr>
            <w:tcW w:w="90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E9CD8A" w14:textId="77777777" w:rsidR="00697808" w:rsidRDefault="00697808">
            <w:pPr>
              <w:spacing w:line="252" w:lineRule="auto"/>
            </w:pPr>
          </w:p>
        </w:tc>
        <w:tc>
          <w:tcPr>
            <w:tcW w:w="7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7EF5CE" w14:textId="77777777" w:rsidR="00697808" w:rsidRDefault="00697808">
            <w:pPr>
              <w:spacing w:line="252" w:lineRule="auto"/>
            </w:pPr>
          </w:p>
        </w:tc>
        <w:tc>
          <w:tcPr>
            <w:tcW w:w="7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A8D566" w14:textId="77777777" w:rsidR="00697808" w:rsidRDefault="00697808">
            <w:pPr>
              <w:spacing w:line="252" w:lineRule="auto"/>
            </w:pPr>
          </w:p>
        </w:tc>
        <w:tc>
          <w:tcPr>
            <w:tcW w:w="7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0F83BE" w14:textId="77777777" w:rsidR="00697808" w:rsidRDefault="00697808">
            <w:pPr>
              <w:spacing w:line="252" w:lineRule="auto"/>
            </w:pPr>
          </w:p>
        </w:tc>
        <w:tc>
          <w:tcPr>
            <w:tcW w:w="90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3DFA20" w14:textId="77777777" w:rsidR="00697808" w:rsidRDefault="00697808">
            <w:pPr>
              <w:spacing w:line="252" w:lineRule="auto"/>
            </w:pPr>
          </w:p>
        </w:tc>
        <w:tc>
          <w:tcPr>
            <w:tcW w:w="90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B158E4" w14:textId="77777777" w:rsidR="00697808" w:rsidRDefault="00697808">
            <w:pPr>
              <w:spacing w:line="252" w:lineRule="auto"/>
            </w:pPr>
          </w:p>
        </w:tc>
        <w:tc>
          <w:tcPr>
            <w:tcW w:w="90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AC16AB" w14:textId="77777777" w:rsidR="00697808" w:rsidRDefault="00697808">
            <w:pPr>
              <w:spacing w:line="252" w:lineRule="auto"/>
            </w:pPr>
          </w:p>
        </w:tc>
        <w:tc>
          <w:tcPr>
            <w:tcW w:w="10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EE70EA" w14:textId="77777777" w:rsidR="00697808" w:rsidRDefault="00697808">
            <w:pPr>
              <w:spacing w:line="252" w:lineRule="auto"/>
            </w:pPr>
          </w:p>
        </w:tc>
        <w:tc>
          <w:tcPr>
            <w:tcW w:w="28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6EB632" w14:textId="77777777" w:rsidR="00697808" w:rsidRDefault="00697808">
            <w:pPr>
              <w:spacing w:line="252" w:lineRule="auto"/>
            </w:pPr>
          </w:p>
        </w:tc>
      </w:tr>
    </w:tbl>
    <w:p w14:paraId="034A5059" w14:textId="77777777" w:rsidR="00697808" w:rsidRPr="00302C92" w:rsidRDefault="00370C4A">
      <w:pPr>
        <w:spacing w:before="60" w:after="160"/>
        <w:rPr>
          <w:lang w:val="pt-BR"/>
        </w:rPr>
      </w:pPr>
      <w:r w:rsidRPr="00302C92">
        <w:rPr>
          <w:b/>
          <w:lang w:val="pt-BR"/>
        </w:rPr>
        <w:t xml:space="preserve">Observação: </w:t>
      </w:r>
      <w:r w:rsidRPr="00302C92">
        <w:rPr>
          <w:lang w:val="pt-BR"/>
        </w:rPr>
        <w:t xml:space="preserve">o discente poderá utilizar integral ou parcialmente a carga horária de um componente curricular de origem para compor equivalência com uma UC da UFSJ/CCO, desde que indique expressamente a fração utilizada. A mesma carga horária não poderá ser </w:t>
      </w:r>
      <w:r w:rsidRPr="00302C92">
        <w:rPr>
          <w:lang w:val="pt-BR"/>
        </w:rPr>
        <w:t>reaproveitada em outra solicitação. A análise final de compatibilidade mínima de 75% em carga horária e conteúdo caberá ao Colegiado.</w:t>
      </w:r>
    </w:p>
    <w:p w14:paraId="644522ED" w14:textId="77777777" w:rsidR="00302C92" w:rsidRDefault="00302C92">
      <w:pPr>
        <w:spacing w:before="120" w:after="80"/>
        <w:rPr>
          <w:b/>
          <w:color w:val="000000"/>
          <w:sz w:val="24"/>
          <w:lang w:val="pt-BR"/>
        </w:rPr>
        <w:sectPr w:rsidR="00302C92" w:rsidSect="00302C92">
          <w:pgSz w:w="16838" w:h="11906"/>
          <w:pgMar w:top="737" w:right="737" w:bottom="737" w:left="737" w:header="720" w:footer="720" w:gutter="0"/>
          <w:cols w:space="720"/>
          <w:docGrid w:linePitch="360"/>
        </w:sectPr>
      </w:pPr>
    </w:p>
    <w:p w14:paraId="54F923D9" w14:textId="2E07155A" w:rsidR="00697808" w:rsidRPr="00302C92" w:rsidRDefault="00370C4A">
      <w:pPr>
        <w:spacing w:before="120" w:after="80"/>
        <w:rPr>
          <w:lang w:val="pt-BR"/>
        </w:rPr>
      </w:pPr>
      <w:r w:rsidRPr="00302C92">
        <w:rPr>
          <w:b/>
          <w:color w:val="000000"/>
          <w:sz w:val="24"/>
          <w:lang w:val="pt-BR"/>
        </w:rPr>
        <w:lastRenderedPageBreak/>
        <w:t>5. Quadro C - Consolidação da equivalência pretendida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721"/>
        <w:gridCol w:w="3175"/>
        <w:gridCol w:w="3175"/>
      </w:tblGrid>
      <w:tr w:rsidR="00697808" w:rsidRPr="00302C92" w14:paraId="791C2163" w14:textId="77777777">
        <w:trPr>
          <w:jc w:val="center"/>
        </w:trPr>
        <w:tc>
          <w:tcPr>
            <w:tcW w:w="272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8CCE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E11A8A" w14:textId="77777777" w:rsidR="00697808" w:rsidRDefault="00370C4A">
            <w:pPr>
              <w:spacing w:line="252" w:lineRule="auto"/>
              <w:jc w:val="center"/>
            </w:pPr>
            <w:r>
              <w:rPr>
                <w:b/>
                <w:sz w:val="18"/>
              </w:rPr>
              <w:t>Item</w:t>
            </w:r>
          </w:p>
        </w:tc>
        <w:tc>
          <w:tcPr>
            <w:tcW w:w="317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8CCE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C427C0" w14:textId="77777777" w:rsidR="00697808" w:rsidRPr="00302C92" w:rsidRDefault="00370C4A">
            <w:pPr>
              <w:spacing w:line="252" w:lineRule="auto"/>
              <w:jc w:val="center"/>
              <w:rPr>
                <w:lang w:val="pt-BR"/>
              </w:rPr>
            </w:pPr>
            <w:r w:rsidRPr="00302C92">
              <w:rPr>
                <w:b/>
                <w:sz w:val="18"/>
                <w:lang w:val="pt-BR"/>
              </w:rPr>
              <w:t>Carga horária aproveitada das disciplinas de</w:t>
            </w:r>
            <w:r w:rsidRPr="00302C92">
              <w:rPr>
                <w:b/>
                <w:sz w:val="18"/>
                <w:lang w:val="pt-BR"/>
              </w:rPr>
              <w:t xml:space="preserve"> origem</w:t>
            </w:r>
          </w:p>
        </w:tc>
        <w:tc>
          <w:tcPr>
            <w:tcW w:w="317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8CCE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35E843" w14:textId="77777777" w:rsidR="00697808" w:rsidRPr="00302C92" w:rsidRDefault="00370C4A">
            <w:pPr>
              <w:spacing w:line="252" w:lineRule="auto"/>
              <w:jc w:val="center"/>
              <w:rPr>
                <w:lang w:val="pt-BR"/>
              </w:rPr>
            </w:pPr>
            <w:r w:rsidRPr="00302C92">
              <w:rPr>
                <w:b/>
                <w:sz w:val="18"/>
                <w:lang w:val="pt-BR"/>
              </w:rPr>
              <w:t>Carga horária da UC da UFSJ/CCO</w:t>
            </w:r>
          </w:p>
        </w:tc>
      </w:tr>
      <w:tr w:rsidR="00697808" w14:paraId="64EE90E6" w14:textId="77777777">
        <w:trPr>
          <w:jc w:val="center"/>
        </w:trPr>
        <w:tc>
          <w:tcPr>
            <w:tcW w:w="272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9E8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39C501" w14:textId="77777777" w:rsidR="00697808" w:rsidRDefault="00370C4A">
            <w:pPr>
              <w:spacing w:line="252" w:lineRule="auto"/>
            </w:pPr>
            <w:r>
              <w:rPr>
                <w:b/>
                <w:sz w:val="18"/>
              </w:rPr>
              <w:t>CH total (h)</w:t>
            </w:r>
          </w:p>
        </w:tc>
        <w:tc>
          <w:tcPr>
            <w:tcW w:w="317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47A2E4" w14:textId="77777777" w:rsidR="00697808" w:rsidRDefault="00697808">
            <w:pPr>
              <w:spacing w:line="252" w:lineRule="auto"/>
            </w:pPr>
          </w:p>
        </w:tc>
        <w:tc>
          <w:tcPr>
            <w:tcW w:w="317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40AB0A" w14:textId="77777777" w:rsidR="00697808" w:rsidRDefault="00697808">
            <w:pPr>
              <w:spacing w:line="252" w:lineRule="auto"/>
            </w:pPr>
          </w:p>
        </w:tc>
      </w:tr>
      <w:tr w:rsidR="00697808" w14:paraId="113BEAFB" w14:textId="77777777">
        <w:trPr>
          <w:jc w:val="center"/>
        </w:trPr>
        <w:tc>
          <w:tcPr>
            <w:tcW w:w="272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9E8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39A18B" w14:textId="77777777" w:rsidR="00697808" w:rsidRDefault="00370C4A">
            <w:pPr>
              <w:spacing w:line="252" w:lineRule="auto"/>
            </w:pPr>
            <w:r>
              <w:rPr>
                <w:b/>
                <w:sz w:val="18"/>
              </w:rPr>
              <w:t>CH teórica (h)</w:t>
            </w:r>
          </w:p>
        </w:tc>
        <w:tc>
          <w:tcPr>
            <w:tcW w:w="317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F7311B" w14:textId="77777777" w:rsidR="00697808" w:rsidRDefault="00697808">
            <w:pPr>
              <w:spacing w:line="252" w:lineRule="auto"/>
            </w:pPr>
          </w:p>
        </w:tc>
        <w:tc>
          <w:tcPr>
            <w:tcW w:w="317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23A9F5" w14:textId="77777777" w:rsidR="00697808" w:rsidRDefault="00697808">
            <w:pPr>
              <w:spacing w:line="252" w:lineRule="auto"/>
            </w:pPr>
          </w:p>
        </w:tc>
      </w:tr>
      <w:tr w:rsidR="00697808" w14:paraId="7817EF89" w14:textId="77777777">
        <w:trPr>
          <w:jc w:val="center"/>
        </w:trPr>
        <w:tc>
          <w:tcPr>
            <w:tcW w:w="272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9E8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B263E5" w14:textId="77777777" w:rsidR="00697808" w:rsidRDefault="00370C4A">
            <w:pPr>
              <w:spacing w:line="252" w:lineRule="auto"/>
            </w:pPr>
            <w:r>
              <w:rPr>
                <w:b/>
                <w:sz w:val="18"/>
              </w:rPr>
              <w:t>CH prática (h)</w:t>
            </w:r>
          </w:p>
        </w:tc>
        <w:tc>
          <w:tcPr>
            <w:tcW w:w="317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AF1152" w14:textId="77777777" w:rsidR="00697808" w:rsidRDefault="00697808">
            <w:pPr>
              <w:spacing w:line="252" w:lineRule="auto"/>
            </w:pPr>
          </w:p>
        </w:tc>
        <w:tc>
          <w:tcPr>
            <w:tcW w:w="317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385B6A" w14:textId="77777777" w:rsidR="00697808" w:rsidRDefault="00697808">
            <w:pPr>
              <w:spacing w:line="252" w:lineRule="auto"/>
            </w:pPr>
          </w:p>
        </w:tc>
      </w:tr>
    </w:tbl>
    <w:p w14:paraId="494D488A" w14:textId="77777777" w:rsidR="00697808" w:rsidRPr="00302C92" w:rsidRDefault="00370C4A">
      <w:pPr>
        <w:spacing w:before="120"/>
        <w:rPr>
          <w:lang w:val="pt-BR"/>
        </w:rPr>
      </w:pPr>
      <w:r w:rsidRPr="00302C92">
        <w:rPr>
          <w:b/>
          <w:lang w:val="pt-BR"/>
        </w:rPr>
        <w:t xml:space="preserve">Percentual de cobertura da carga horária total da UC da UFSJ/CCO: </w:t>
      </w:r>
      <w:r w:rsidRPr="00302C92">
        <w:rPr>
          <w:lang w:val="pt-BR"/>
        </w:rPr>
        <w:t>______ %</w:t>
      </w:r>
    </w:p>
    <w:p w14:paraId="34E4B405" w14:textId="77777777" w:rsidR="00697808" w:rsidRPr="00302C92" w:rsidRDefault="00370C4A">
      <w:pPr>
        <w:rPr>
          <w:lang w:val="pt-BR"/>
        </w:rPr>
      </w:pPr>
      <w:r w:rsidRPr="00302C92">
        <w:rPr>
          <w:b/>
          <w:lang w:val="pt-BR"/>
        </w:rPr>
        <w:t>Síntese da correspondência de conteúdos/competências</w:t>
      </w:r>
    </w:p>
    <w:p w14:paraId="44DAEE25" w14:textId="77777777" w:rsidR="00697808" w:rsidRPr="00302C92" w:rsidRDefault="00370C4A">
      <w:pPr>
        <w:spacing w:after="20"/>
        <w:rPr>
          <w:lang w:val="pt-BR"/>
        </w:rPr>
      </w:pPr>
      <w:r w:rsidRPr="00302C92">
        <w:rPr>
          <w:lang w:val="pt-BR"/>
        </w:rPr>
        <w:t>____________________________________________________________________________________________</w:t>
      </w:r>
    </w:p>
    <w:p w14:paraId="1DEEE27A" w14:textId="77777777" w:rsidR="00697808" w:rsidRPr="00302C92" w:rsidRDefault="00370C4A">
      <w:pPr>
        <w:spacing w:after="20"/>
        <w:rPr>
          <w:lang w:val="pt-BR"/>
        </w:rPr>
      </w:pPr>
      <w:r w:rsidRPr="00302C92">
        <w:rPr>
          <w:lang w:val="pt-BR"/>
        </w:rPr>
        <w:t>____________________________________________________________________________________________</w:t>
      </w:r>
    </w:p>
    <w:p w14:paraId="70731E69" w14:textId="77777777" w:rsidR="00697808" w:rsidRPr="00302C92" w:rsidRDefault="00370C4A">
      <w:pPr>
        <w:spacing w:after="20"/>
        <w:rPr>
          <w:lang w:val="pt-BR"/>
        </w:rPr>
      </w:pPr>
      <w:r w:rsidRPr="00302C92">
        <w:rPr>
          <w:lang w:val="pt-BR"/>
        </w:rPr>
        <w:t>______________________________________________________________________</w:t>
      </w:r>
      <w:r w:rsidRPr="00302C92">
        <w:rPr>
          <w:lang w:val="pt-BR"/>
        </w:rPr>
        <w:t>______________________</w:t>
      </w:r>
    </w:p>
    <w:p w14:paraId="0B6295EA" w14:textId="77777777" w:rsidR="00697808" w:rsidRPr="00302C92" w:rsidRDefault="00370C4A">
      <w:pPr>
        <w:spacing w:after="20"/>
        <w:rPr>
          <w:lang w:val="pt-BR"/>
        </w:rPr>
      </w:pPr>
      <w:r w:rsidRPr="00302C92">
        <w:rPr>
          <w:lang w:val="pt-BR"/>
        </w:rPr>
        <w:t>____________________________________________________________________________________________</w:t>
      </w:r>
    </w:p>
    <w:p w14:paraId="4C0F0291" w14:textId="77777777" w:rsidR="00302C92" w:rsidRDefault="00302C92">
      <w:pPr>
        <w:spacing w:before="120" w:after="80"/>
        <w:rPr>
          <w:b/>
          <w:color w:val="000000"/>
          <w:sz w:val="24"/>
          <w:lang w:val="pt-BR"/>
        </w:rPr>
      </w:pPr>
    </w:p>
    <w:p w14:paraId="601DD78C" w14:textId="4B59B8B0" w:rsidR="00697808" w:rsidRPr="00302C92" w:rsidRDefault="00370C4A">
      <w:pPr>
        <w:spacing w:before="120" w:after="80"/>
        <w:rPr>
          <w:lang w:val="pt-BR"/>
        </w:rPr>
      </w:pPr>
      <w:r w:rsidRPr="00302C92">
        <w:rPr>
          <w:b/>
          <w:color w:val="000000"/>
          <w:sz w:val="24"/>
          <w:lang w:val="pt-BR"/>
        </w:rPr>
        <w:t>6. Declaração do discente</w:t>
      </w:r>
    </w:p>
    <w:p w14:paraId="73E2EFC5" w14:textId="77777777" w:rsidR="00697808" w:rsidRPr="00302C92" w:rsidRDefault="00370C4A">
      <w:pPr>
        <w:spacing w:after="160"/>
        <w:rPr>
          <w:lang w:val="pt-BR"/>
        </w:rPr>
      </w:pPr>
      <w:r w:rsidRPr="00302C92">
        <w:rPr>
          <w:sz w:val="19"/>
          <w:lang w:val="pt-BR"/>
        </w:rPr>
        <w:t>Declaro que as informações prestadas são verdadeiras, que a carga horária indicada como “aproveitada nesta solici</w:t>
      </w:r>
      <w:r w:rsidRPr="00302C92">
        <w:rPr>
          <w:sz w:val="19"/>
          <w:lang w:val="pt-BR"/>
        </w:rPr>
        <w:t>tação” não foi utilizada em outra equivalência já deferida ou ainda em análise, e que estou ciente de que o reaproveitamento da mesma fração de carga horária em mais de uma UC da UFSJ é vedado.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649"/>
        <w:gridCol w:w="5102"/>
      </w:tblGrid>
      <w:tr w:rsidR="00697808" w14:paraId="5CB7F22B" w14:textId="77777777">
        <w:trPr>
          <w:jc w:val="center"/>
        </w:trPr>
        <w:tc>
          <w:tcPr>
            <w:tcW w:w="464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9E8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155791" w14:textId="77777777" w:rsidR="00697808" w:rsidRDefault="00370C4A">
            <w:pPr>
              <w:spacing w:line="252" w:lineRule="auto"/>
            </w:pPr>
            <w:r>
              <w:rPr>
                <w:b/>
              </w:rPr>
              <w:t>Local e data</w:t>
            </w:r>
          </w:p>
        </w:tc>
        <w:tc>
          <w:tcPr>
            <w:tcW w:w="51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9E8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CD5162" w14:textId="77777777" w:rsidR="00697808" w:rsidRDefault="00370C4A">
            <w:pPr>
              <w:spacing w:line="252" w:lineRule="auto"/>
            </w:pPr>
            <w:r>
              <w:rPr>
                <w:b/>
              </w:rPr>
              <w:t>Assinatura do discente</w:t>
            </w:r>
          </w:p>
        </w:tc>
      </w:tr>
      <w:tr w:rsidR="00697808" w14:paraId="0D727841" w14:textId="77777777">
        <w:trPr>
          <w:trHeight w:val="567"/>
          <w:jc w:val="center"/>
        </w:trPr>
        <w:tc>
          <w:tcPr>
            <w:tcW w:w="464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D24619" w14:textId="77777777" w:rsidR="00697808" w:rsidRDefault="00697808">
            <w:pPr>
              <w:spacing w:line="252" w:lineRule="auto"/>
            </w:pPr>
          </w:p>
        </w:tc>
        <w:tc>
          <w:tcPr>
            <w:tcW w:w="51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D7E4D3" w14:textId="77777777" w:rsidR="00697808" w:rsidRDefault="00697808">
            <w:pPr>
              <w:spacing w:line="252" w:lineRule="auto"/>
            </w:pPr>
          </w:p>
        </w:tc>
      </w:tr>
    </w:tbl>
    <w:p w14:paraId="626C7550" w14:textId="77777777" w:rsidR="00302C92" w:rsidRDefault="00302C92">
      <w:pPr>
        <w:spacing w:before="120" w:after="80"/>
        <w:rPr>
          <w:b/>
          <w:color w:val="000000"/>
          <w:sz w:val="24"/>
          <w:lang w:val="pt-BR"/>
        </w:rPr>
      </w:pPr>
    </w:p>
    <w:p w14:paraId="4BA3DAFF" w14:textId="77777777" w:rsidR="00302C92" w:rsidRDefault="00302C92">
      <w:pPr>
        <w:spacing w:before="120" w:after="80"/>
        <w:rPr>
          <w:b/>
          <w:color w:val="000000"/>
          <w:sz w:val="24"/>
          <w:lang w:val="pt-BR"/>
        </w:rPr>
      </w:pPr>
    </w:p>
    <w:p w14:paraId="154A7579" w14:textId="77777777" w:rsidR="00302C92" w:rsidRDefault="00302C92">
      <w:pPr>
        <w:spacing w:before="120" w:after="80"/>
        <w:rPr>
          <w:b/>
          <w:color w:val="000000"/>
          <w:sz w:val="24"/>
          <w:lang w:val="pt-BR"/>
        </w:rPr>
      </w:pPr>
    </w:p>
    <w:p w14:paraId="076EC7D7" w14:textId="77777777" w:rsidR="00302C92" w:rsidRDefault="00302C92">
      <w:pPr>
        <w:spacing w:before="120" w:after="80"/>
        <w:rPr>
          <w:b/>
          <w:color w:val="000000"/>
          <w:sz w:val="24"/>
          <w:lang w:val="pt-BR"/>
        </w:rPr>
      </w:pPr>
    </w:p>
    <w:p w14:paraId="3D0DC5DF" w14:textId="77777777" w:rsidR="00302C92" w:rsidRDefault="00302C92">
      <w:pPr>
        <w:spacing w:before="120" w:after="80"/>
        <w:rPr>
          <w:b/>
          <w:color w:val="000000"/>
          <w:sz w:val="24"/>
          <w:lang w:val="pt-BR"/>
        </w:rPr>
      </w:pPr>
    </w:p>
    <w:p w14:paraId="6CA5B143" w14:textId="77777777" w:rsidR="00302C92" w:rsidRDefault="00302C92">
      <w:pPr>
        <w:spacing w:before="120" w:after="80"/>
        <w:rPr>
          <w:b/>
          <w:color w:val="000000"/>
          <w:sz w:val="24"/>
          <w:lang w:val="pt-BR"/>
        </w:rPr>
      </w:pPr>
    </w:p>
    <w:p w14:paraId="0F56BA85" w14:textId="77777777" w:rsidR="00302C92" w:rsidRDefault="00302C92">
      <w:pPr>
        <w:spacing w:before="120" w:after="80"/>
        <w:rPr>
          <w:b/>
          <w:color w:val="000000"/>
          <w:sz w:val="24"/>
          <w:lang w:val="pt-BR"/>
        </w:rPr>
      </w:pPr>
    </w:p>
    <w:p w14:paraId="29B13DC0" w14:textId="77777777" w:rsidR="00302C92" w:rsidRDefault="00302C92">
      <w:pPr>
        <w:spacing w:before="120" w:after="80"/>
        <w:rPr>
          <w:b/>
          <w:color w:val="000000"/>
          <w:sz w:val="24"/>
          <w:lang w:val="pt-BR"/>
        </w:rPr>
      </w:pPr>
    </w:p>
    <w:p w14:paraId="3F4D8331" w14:textId="77777777" w:rsidR="00302C92" w:rsidRDefault="00302C92">
      <w:pPr>
        <w:spacing w:before="120" w:after="80"/>
        <w:rPr>
          <w:b/>
          <w:color w:val="000000"/>
          <w:sz w:val="24"/>
          <w:lang w:val="pt-BR"/>
        </w:rPr>
      </w:pPr>
    </w:p>
    <w:p w14:paraId="1C6520F7" w14:textId="77777777" w:rsidR="00302C92" w:rsidRDefault="00302C92">
      <w:pPr>
        <w:spacing w:before="120" w:after="80"/>
        <w:rPr>
          <w:b/>
          <w:color w:val="000000"/>
          <w:sz w:val="24"/>
          <w:lang w:val="pt-BR"/>
        </w:rPr>
      </w:pPr>
    </w:p>
    <w:p w14:paraId="35D50A11" w14:textId="77777777" w:rsidR="00302C92" w:rsidRDefault="00302C92">
      <w:pPr>
        <w:spacing w:before="120" w:after="80"/>
        <w:rPr>
          <w:b/>
          <w:color w:val="000000"/>
          <w:sz w:val="24"/>
          <w:lang w:val="pt-BR"/>
        </w:rPr>
      </w:pPr>
    </w:p>
    <w:p w14:paraId="3AF1D8D1" w14:textId="77777777" w:rsidR="00302C92" w:rsidRDefault="00302C92">
      <w:pPr>
        <w:spacing w:before="120" w:after="80"/>
        <w:rPr>
          <w:b/>
          <w:color w:val="000000"/>
          <w:sz w:val="24"/>
          <w:lang w:val="pt-BR"/>
        </w:rPr>
      </w:pPr>
    </w:p>
    <w:p w14:paraId="034EBAC3" w14:textId="77777777" w:rsidR="00302C92" w:rsidRDefault="00302C92">
      <w:pPr>
        <w:spacing w:before="120" w:after="80"/>
        <w:rPr>
          <w:b/>
          <w:color w:val="000000"/>
          <w:sz w:val="24"/>
          <w:lang w:val="pt-BR"/>
        </w:rPr>
      </w:pPr>
    </w:p>
    <w:p w14:paraId="2E9AD0D4" w14:textId="77777777" w:rsidR="00302C92" w:rsidRDefault="00302C92">
      <w:pPr>
        <w:spacing w:before="120" w:after="80"/>
        <w:rPr>
          <w:b/>
          <w:color w:val="000000"/>
          <w:sz w:val="24"/>
          <w:lang w:val="pt-BR"/>
        </w:rPr>
      </w:pPr>
    </w:p>
    <w:p w14:paraId="2ADDB149" w14:textId="77777777" w:rsidR="00302C92" w:rsidRDefault="00302C92">
      <w:pPr>
        <w:spacing w:before="120" w:after="80"/>
        <w:rPr>
          <w:b/>
          <w:color w:val="000000"/>
          <w:sz w:val="24"/>
          <w:lang w:val="pt-BR"/>
        </w:rPr>
      </w:pPr>
    </w:p>
    <w:p w14:paraId="5D49F829" w14:textId="77777777" w:rsidR="00302C92" w:rsidRDefault="00302C92">
      <w:pPr>
        <w:spacing w:before="120" w:after="80"/>
        <w:rPr>
          <w:b/>
          <w:color w:val="000000"/>
          <w:sz w:val="24"/>
          <w:lang w:val="pt-BR"/>
        </w:rPr>
      </w:pPr>
    </w:p>
    <w:p w14:paraId="29FF8D28" w14:textId="77777777" w:rsidR="00302C92" w:rsidRDefault="00302C92">
      <w:pPr>
        <w:spacing w:before="120" w:after="80"/>
        <w:rPr>
          <w:b/>
          <w:color w:val="000000"/>
          <w:sz w:val="24"/>
          <w:lang w:val="pt-BR"/>
        </w:rPr>
      </w:pPr>
    </w:p>
    <w:p w14:paraId="0F97F6AD" w14:textId="77777777" w:rsidR="00302C92" w:rsidRDefault="00302C92">
      <w:pPr>
        <w:spacing w:before="120" w:after="80"/>
        <w:rPr>
          <w:b/>
          <w:color w:val="000000"/>
          <w:sz w:val="24"/>
          <w:lang w:val="pt-BR"/>
        </w:rPr>
      </w:pPr>
    </w:p>
    <w:p w14:paraId="7B7C03FE" w14:textId="4BD6EEE7" w:rsidR="00697808" w:rsidRPr="00302C92" w:rsidRDefault="00370C4A">
      <w:pPr>
        <w:spacing w:before="120" w:after="80"/>
        <w:rPr>
          <w:lang w:val="pt-BR"/>
        </w:rPr>
      </w:pPr>
      <w:r w:rsidRPr="00302C92">
        <w:rPr>
          <w:b/>
          <w:color w:val="000000"/>
          <w:sz w:val="24"/>
          <w:lang w:val="pt-BR"/>
        </w:rPr>
        <w:lastRenderedPageBreak/>
        <w:t xml:space="preserve">7. </w:t>
      </w:r>
      <w:r w:rsidRPr="00302C92">
        <w:rPr>
          <w:b/>
          <w:color w:val="000000"/>
          <w:sz w:val="24"/>
          <w:lang w:val="pt-BR"/>
        </w:rPr>
        <w:t>Quadro D - Parecer técnico do Colegiado</w:t>
      </w:r>
    </w:p>
    <w:p w14:paraId="5FB211D2" w14:textId="77777777" w:rsidR="00697808" w:rsidRDefault="00370C4A">
      <w:pPr>
        <w:spacing w:after="120"/>
      </w:pPr>
      <w:proofErr w:type="spellStart"/>
      <w:r>
        <w:rPr>
          <w:i/>
          <w:color w:val="555555"/>
        </w:rPr>
        <w:t>Preenchimento</w:t>
      </w:r>
      <w:proofErr w:type="spellEnd"/>
      <w:r>
        <w:rPr>
          <w:i/>
          <w:color w:val="555555"/>
        </w:rPr>
        <w:t xml:space="preserve"> </w:t>
      </w:r>
      <w:proofErr w:type="spellStart"/>
      <w:r>
        <w:rPr>
          <w:i/>
          <w:color w:val="555555"/>
        </w:rPr>
        <w:t>exclusivo</w:t>
      </w:r>
      <w:proofErr w:type="spellEnd"/>
      <w:r>
        <w:rPr>
          <w:i/>
          <w:color w:val="555555"/>
        </w:rPr>
        <w:t xml:space="preserve"> do </w:t>
      </w:r>
      <w:proofErr w:type="spellStart"/>
      <w:r>
        <w:rPr>
          <w:i/>
          <w:color w:val="555555"/>
        </w:rPr>
        <w:t>Colegiado</w:t>
      </w:r>
      <w:proofErr w:type="spellEnd"/>
      <w:r>
        <w:rPr>
          <w:i/>
          <w:color w:val="555555"/>
        </w:rPr>
        <w:t>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044"/>
        <w:gridCol w:w="565"/>
        <w:gridCol w:w="565"/>
        <w:gridCol w:w="771"/>
        <w:gridCol w:w="4471"/>
      </w:tblGrid>
      <w:tr w:rsidR="00697808" w14:paraId="1D0D9C56" w14:textId="77777777">
        <w:trPr>
          <w:jc w:val="center"/>
        </w:trPr>
        <w:tc>
          <w:tcPr>
            <w:tcW w:w="413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8CCE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628A84" w14:textId="77777777" w:rsidR="00697808" w:rsidRDefault="00370C4A">
            <w:pPr>
              <w:spacing w:line="252" w:lineRule="auto"/>
              <w:jc w:val="center"/>
            </w:pPr>
            <w:r>
              <w:rPr>
                <w:b/>
                <w:sz w:val="18"/>
              </w:rPr>
              <w:t>Critério avaliado</w:t>
            </w:r>
          </w:p>
        </w:tc>
        <w:tc>
          <w:tcPr>
            <w:tcW w:w="5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8CCE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68D300" w14:textId="77777777" w:rsidR="00697808" w:rsidRDefault="00370C4A">
            <w:pPr>
              <w:spacing w:line="252" w:lineRule="auto"/>
              <w:jc w:val="center"/>
            </w:pPr>
            <w:r>
              <w:rPr>
                <w:b/>
                <w:sz w:val="18"/>
              </w:rPr>
              <w:t>Sim</w:t>
            </w:r>
          </w:p>
        </w:tc>
        <w:tc>
          <w:tcPr>
            <w:tcW w:w="5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8CCE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739A2A" w14:textId="77777777" w:rsidR="00697808" w:rsidRDefault="00370C4A">
            <w:pPr>
              <w:spacing w:line="252" w:lineRule="auto"/>
              <w:jc w:val="center"/>
            </w:pPr>
            <w:r>
              <w:rPr>
                <w:b/>
                <w:sz w:val="18"/>
              </w:rPr>
              <w:t>Não</w:t>
            </w:r>
          </w:p>
        </w:tc>
        <w:tc>
          <w:tcPr>
            <w:tcW w:w="6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8CCE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EE1E11" w14:textId="77777777" w:rsidR="00697808" w:rsidRDefault="00370C4A">
            <w:pPr>
              <w:spacing w:line="252" w:lineRule="auto"/>
              <w:jc w:val="center"/>
            </w:pPr>
            <w:r>
              <w:rPr>
                <w:b/>
                <w:sz w:val="18"/>
              </w:rPr>
              <w:t>Parcial</w:t>
            </w:r>
          </w:p>
        </w:tc>
        <w:tc>
          <w:tcPr>
            <w:tcW w:w="459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B8CCE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043FB9" w14:textId="77777777" w:rsidR="00697808" w:rsidRDefault="00370C4A">
            <w:pPr>
              <w:spacing w:line="252" w:lineRule="auto"/>
              <w:jc w:val="center"/>
            </w:pPr>
            <w:r>
              <w:rPr>
                <w:b/>
                <w:sz w:val="18"/>
              </w:rPr>
              <w:t>Observações</w:t>
            </w:r>
          </w:p>
        </w:tc>
      </w:tr>
      <w:tr w:rsidR="00697808" w14:paraId="18F3DC9C" w14:textId="77777777">
        <w:trPr>
          <w:jc w:val="center"/>
        </w:trPr>
        <w:tc>
          <w:tcPr>
            <w:tcW w:w="413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1FAD2F" w14:textId="77777777" w:rsidR="00697808" w:rsidRDefault="00370C4A">
            <w:pPr>
              <w:spacing w:line="252" w:lineRule="auto"/>
              <w:rPr>
                <w:sz w:val="18"/>
                <w:lang w:val="pt-BR"/>
              </w:rPr>
            </w:pPr>
            <w:r w:rsidRPr="00302C92">
              <w:rPr>
                <w:sz w:val="18"/>
                <w:lang w:val="pt-BR"/>
              </w:rPr>
              <w:t>Compatibilidade de conteúdos e competências</w:t>
            </w:r>
          </w:p>
          <w:p w14:paraId="2E335A19" w14:textId="77777777" w:rsidR="00302C92" w:rsidRPr="00302C92" w:rsidRDefault="00302C92">
            <w:pPr>
              <w:spacing w:line="252" w:lineRule="auto"/>
              <w:rPr>
                <w:lang w:val="pt-BR"/>
              </w:rPr>
            </w:pPr>
          </w:p>
        </w:tc>
        <w:tc>
          <w:tcPr>
            <w:tcW w:w="5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14362C" w14:textId="77777777" w:rsidR="00697808" w:rsidRDefault="00370C4A">
            <w:pPr>
              <w:spacing w:line="252" w:lineRule="auto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5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6ED53B" w14:textId="77777777" w:rsidR="00697808" w:rsidRDefault="00370C4A">
            <w:pPr>
              <w:spacing w:line="252" w:lineRule="auto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6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F70875" w14:textId="77777777" w:rsidR="00697808" w:rsidRDefault="00370C4A">
            <w:pPr>
              <w:spacing w:line="252" w:lineRule="auto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459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0C610B" w14:textId="77777777" w:rsidR="00697808" w:rsidRDefault="00697808">
            <w:pPr>
              <w:spacing w:line="252" w:lineRule="auto"/>
            </w:pPr>
          </w:p>
        </w:tc>
      </w:tr>
      <w:tr w:rsidR="00697808" w14:paraId="6B00DD8A" w14:textId="77777777">
        <w:trPr>
          <w:jc w:val="center"/>
        </w:trPr>
        <w:tc>
          <w:tcPr>
            <w:tcW w:w="413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0A94FD" w14:textId="77777777" w:rsidR="00697808" w:rsidRDefault="00370C4A">
            <w:pPr>
              <w:spacing w:line="252" w:lineRule="auto"/>
              <w:rPr>
                <w:sz w:val="18"/>
                <w:lang w:val="pt-BR"/>
              </w:rPr>
            </w:pPr>
            <w:r w:rsidRPr="00302C92">
              <w:rPr>
                <w:sz w:val="18"/>
                <w:lang w:val="pt-BR"/>
              </w:rPr>
              <w:t>Compatibilidade de carga horária total</w:t>
            </w:r>
          </w:p>
          <w:p w14:paraId="5E62F8A7" w14:textId="77777777" w:rsidR="00302C92" w:rsidRPr="00302C92" w:rsidRDefault="00302C92">
            <w:pPr>
              <w:spacing w:line="252" w:lineRule="auto"/>
              <w:rPr>
                <w:lang w:val="pt-BR"/>
              </w:rPr>
            </w:pPr>
          </w:p>
        </w:tc>
        <w:tc>
          <w:tcPr>
            <w:tcW w:w="5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EA1069" w14:textId="77777777" w:rsidR="00697808" w:rsidRDefault="00370C4A">
            <w:pPr>
              <w:spacing w:line="252" w:lineRule="auto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5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845BA5" w14:textId="77777777" w:rsidR="00697808" w:rsidRDefault="00370C4A">
            <w:pPr>
              <w:spacing w:line="252" w:lineRule="auto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6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BC9811" w14:textId="77777777" w:rsidR="00697808" w:rsidRDefault="00370C4A">
            <w:pPr>
              <w:spacing w:line="252" w:lineRule="auto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459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2296D3" w14:textId="77777777" w:rsidR="00697808" w:rsidRDefault="00697808">
            <w:pPr>
              <w:spacing w:line="252" w:lineRule="auto"/>
            </w:pPr>
          </w:p>
        </w:tc>
      </w:tr>
      <w:tr w:rsidR="00697808" w14:paraId="4B4D3E5B" w14:textId="77777777">
        <w:trPr>
          <w:jc w:val="center"/>
        </w:trPr>
        <w:tc>
          <w:tcPr>
            <w:tcW w:w="413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4BF24F" w14:textId="77777777" w:rsidR="00697808" w:rsidRDefault="00370C4A">
            <w:pPr>
              <w:spacing w:line="252" w:lineRule="auto"/>
              <w:rPr>
                <w:sz w:val="18"/>
                <w:lang w:val="pt-BR"/>
              </w:rPr>
            </w:pPr>
            <w:r w:rsidRPr="00302C92">
              <w:rPr>
                <w:sz w:val="18"/>
                <w:lang w:val="pt-BR"/>
              </w:rPr>
              <w:t xml:space="preserve">Compatibilidade do </w:t>
            </w:r>
            <w:r w:rsidRPr="00302C92">
              <w:rPr>
                <w:sz w:val="18"/>
                <w:lang w:val="pt-BR"/>
              </w:rPr>
              <w:t>perfil teórico-prático da carga horária</w:t>
            </w:r>
          </w:p>
          <w:p w14:paraId="1B3FDC83" w14:textId="77777777" w:rsidR="00302C92" w:rsidRPr="00302C92" w:rsidRDefault="00302C92">
            <w:pPr>
              <w:spacing w:line="252" w:lineRule="auto"/>
              <w:rPr>
                <w:lang w:val="pt-BR"/>
              </w:rPr>
            </w:pPr>
          </w:p>
        </w:tc>
        <w:tc>
          <w:tcPr>
            <w:tcW w:w="5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FB5E49" w14:textId="77777777" w:rsidR="00697808" w:rsidRDefault="00370C4A">
            <w:pPr>
              <w:spacing w:line="252" w:lineRule="auto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5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5D0868" w14:textId="77777777" w:rsidR="00697808" w:rsidRDefault="00370C4A">
            <w:pPr>
              <w:spacing w:line="252" w:lineRule="auto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6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188195" w14:textId="77777777" w:rsidR="00697808" w:rsidRDefault="00370C4A">
            <w:pPr>
              <w:spacing w:line="252" w:lineRule="auto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459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2FF817" w14:textId="77777777" w:rsidR="00697808" w:rsidRDefault="00697808">
            <w:pPr>
              <w:spacing w:line="252" w:lineRule="auto"/>
            </w:pPr>
          </w:p>
        </w:tc>
      </w:tr>
      <w:tr w:rsidR="00697808" w14:paraId="7A76E9F9" w14:textId="77777777">
        <w:trPr>
          <w:jc w:val="center"/>
        </w:trPr>
        <w:tc>
          <w:tcPr>
            <w:tcW w:w="413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6C6DDA" w14:textId="77777777" w:rsidR="00697808" w:rsidRDefault="00370C4A">
            <w:pPr>
              <w:spacing w:line="252" w:lineRule="auto"/>
              <w:rPr>
                <w:sz w:val="18"/>
                <w:lang w:val="pt-BR"/>
              </w:rPr>
            </w:pPr>
            <w:r w:rsidRPr="00302C92">
              <w:rPr>
                <w:sz w:val="18"/>
                <w:lang w:val="pt-BR"/>
              </w:rPr>
              <w:t>Ausência de reaproveitamento indevido de carga horária</w:t>
            </w:r>
          </w:p>
          <w:p w14:paraId="6D5E0525" w14:textId="77777777" w:rsidR="00302C92" w:rsidRPr="00302C92" w:rsidRDefault="00302C92">
            <w:pPr>
              <w:spacing w:line="252" w:lineRule="auto"/>
              <w:rPr>
                <w:lang w:val="pt-BR"/>
              </w:rPr>
            </w:pPr>
          </w:p>
        </w:tc>
        <w:tc>
          <w:tcPr>
            <w:tcW w:w="5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F84DBC" w14:textId="77777777" w:rsidR="00697808" w:rsidRDefault="00370C4A">
            <w:pPr>
              <w:spacing w:line="252" w:lineRule="auto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5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CAF15A" w14:textId="77777777" w:rsidR="00697808" w:rsidRDefault="00370C4A">
            <w:pPr>
              <w:spacing w:line="252" w:lineRule="auto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6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99CB2F" w14:textId="77777777" w:rsidR="00697808" w:rsidRDefault="00370C4A">
            <w:pPr>
              <w:spacing w:line="252" w:lineRule="auto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459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149A79" w14:textId="77777777" w:rsidR="00697808" w:rsidRDefault="00697808">
            <w:pPr>
              <w:spacing w:line="252" w:lineRule="auto"/>
            </w:pPr>
          </w:p>
        </w:tc>
      </w:tr>
      <w:tr w:rsidR="00697808" w14:paraId="5F2090A8" w14:textId="77777777">
        <w:trPr>
          <w:jc w:val="center"/>
        </w:trPr>
        <w:tc>
          <w:tcPr>
            <w:tcW w:w="413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C444D8" w14:textId="77777777" w:rsidR="00697808" w:rsidRDefault="00370C4A">
            <w:pPr>
              <w:spacing w:line="252" w:lineRule="auto"/>
              <w:rPr>
                <w:sz w:val="18"/>
              </w:rPr>
            </w:pPr>
            <w:proofErr w:type="spellStart"/>
            <w:r>
              <w:rPr>
                <w:sz w:val="18"/>
              </w:rPr>
              <w:t>Suficiência</w:t>
            </w:r>
            <w:proofErr w:type="spellEnd"/>
            <w:r>
              <w:rPr>
                <w:sz w:val="18"/>
              </w:rPr>
              <w:t xml:space="preserve"> da </w:t>
            </w:r>
            <w:proofErr w:type="spellStart"/>
            <w:r>
              <w:rPr>
                <w:sz w:val="18"/>
              </w:rPr>
              <w:t>documentação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apresentada</w:t>
            </w:r>
            <w:proofErr w:type="spellEnd"/>
          </w:p>
          <w:p w14:paraId="3EFAE361" w14:textId="77777777" w:rsidR="00302C92" w:rsidRDefault="00302C92">
            <w:pPr>
              <w:spacing w:line="252" w:lineRule="auto"/>
            </w:pPr>
          </w:p>
        </w:tc>
        <w:tc>
          <w:tcPr>
            <w:tcW w:w="5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F1C5B3" w14:textId="77777777" w:rsidR="00697808" w:rsidRDefault="00370C4A">
            <w:pPr>
              <w:spacing w:line="252" w:lineRule="auto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5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3A261E" w14:textId="77777777" w:rsidR="00697808" w:rsidRDefault="00370C4A">
            <w:pPr>
              <w:spacing w:line="252" w:lineRule="auto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6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D50851" w14:textId="77777777" w:rsidR="00697808" w:rsidRDefault="00370C4A">
            <w:pPr>
              <w:spacing w:line="252" w:lineRule="auto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459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ACE6D7" w14:textId="77777777" w:rsidR="00697808" w:rsidRDefault="00697808">
            <w:pPr>
              <w:spacing w:line="252" w:lineRule="auto"/>
            </w:pPr>
          </w:p>
        </w:tc>
      </w:tr>
    </w:tbl>
    <w:p w14:paraId="7F5A72F7" w14:textId="77777777" w:rsidR="00697808" w:rsidRDefault="00370C4A">
      <w:pPr>
        <w:spacing w:before="160"/>
      </w:pPr>
      <w:r>
        <w:rPr>
          <w:b/>
        </w:rPr>
        <w:t>Decisão final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932"/>
        <w:gridCol w:w="4932"/>
      </w:tblGrid>
      <w:tr w:rsidR="00697808" w14:paraId="496881DD" w14:textId="77777777">
        <w:trPr>
          <w:jc w:val="center"/>
        </w:trPr>
        <w:tc>
          <w:tcPr>
            <w:tcW w:w="493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F96A30" w14:textId="77777777" w:rsidR="00697808" w:rsidRDefault="00370C4A">
            <w:pPr>
              <w:spacing w:line="252" w:lineRule="auto"/>
              <w:jc w:val="center"/>
            </w:pPr>
            <w:r>
              <w:t>(   ) Deferido</w:t>
            </w:r>
          </w:p>
        </w:tc>
        <w:tc>
          <w:tcPr>
            <w:tcW w:w="493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6B820A" w14:textId="77777777" w:rsidR="00697808" w:rsidRDefault="00370C4A">
            <w:pPr>
              <w:spacing w:line="252" w:lineRule="auto"/>
              <w:jc w:val="center"/>
            </w:pPr>
            <w:r>
              <w:t>(   ) Indeferido</w:t>
            </w:r>
          </w:p>
        </w:tc>
      </w:tr>
    </w:tbl>
    <w:p w14:paraId="494AD905" w14:textId="77777777" w:rsidR="00697808" w:rsidRDefault="00370C4A">
      <w:pPr>
        <w:spacing w:before="160"/>
      </w:pPr>
      <w:r>
        <w:rPr>
          <w:b/>
        </w:rPr>
        <w:t>Fundamentação sucinta do parecer</w:t>
      </w:r>
    </w:p>
    <w:p w14:paraId="57747792" w14:textId="77777777" w:rsidR="00697808" w:rsidRDefault="00370C4A">
      <w:pPr>
        <w:spacing w:after="20"/>
      </w:pPr>
      <w:r>
        <w:t>____________________________________________________________________________________________</w:t>
      </w:r>
    </w:p>
    <w:p w14:paraId="2A1C0551" w14:textId="77777777" w:rsidR="00697808" w:rsidRDefault="00370C4A">
      <w:pPr>
        <w:spacing w:after="20"/>
      </w:pPr>
      <w:r>
        <w:t>____________________________________________________________________________________________</w:t>
      </w:r>
    </w:p>
    <w:p w14:paraId="1004AFC6" w14:textId="77777777" w:rsidR="00697808" w:rsidRDefault="00370C4A">
      <w:pPr>
        <w:spacing w:after="20"/>
      </w:pPr>
      <w:r>
        <w:t>______________________________________________________________________</w:t>
      </w:r>
      <w:r>
        <w:t>______________________</w:t>
      </w:r>
    </w:p>
    <w:p w14:paraId="1ED7ED03" w14:textId="77777777" w:rsidR="00697808" w:rsidRDefault="00370C4A">
      <w:pPr>
        <w:spacing w:after="20"/>
      </w:pPr>
      <w:r>
        <w:t>____________________________________________________________________________________________</w:t>
      </w:r>
    </w:p>
    <w:p w14:paraId="5CAC5AC3" w14:textId="77777777" w:rsidR="00697808" w:rsidRDefault="00370C4A">
      <w:pPr>
        <w:spacing w:after="20"/>
      </w:pPr>
      <w:r>
        <w:t>____________________________________________________________________________________________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7030"/>
      </w:tblGrid>
      <w:tr w:rsidR="00697808" w:rsidRPr="00302C92" w14:paraId="14EC7B0A" w14:textId="77777777">
        <w:trPr>
          <w:jc w:val="center"/>
        </w:trPr>
        <w:tc>
          <w:tcPr>
            <w:tcW w:w="28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9E8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22E067" w14:textId="77777777" w:rsidR="00697808" w:rsidRDefault="00370C4A">
            <w:pPr>
              <w:spacing w:line="252" w:lineRule="auto"/>
            </w:pPr>
            <w:r>
              <w:rPr>
                <w:b/>
              </w:rPr>
              <w:t>Data</w:t>
            </w:r>
          </w:p>
        </w:tc>
        <w:tc>
          <w:tcPr>
            <w:tcW w:w="70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9E8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07A908" w14:textId="77777777" w:rsidR="00697808" w:rsidRPr="00302C92" w:rsidRDefault="00370C4A">
            <w:pPr>
              <w:spacing w:line="252" w:lineRule="auto"/>
              <w:rPr>
                <w:lang w:val="pt-BR"/>
              </w:rPr>
            </w:pPr>
            <w:r w:rsidRPr="00302C92">
              <w:rPr>
                <w:b/>
                <w:lang w:val="pt-BR"/>
              </w:rPr>
              <w:t>Assinatura/identificação da Coordenação do</w:t>
            </w:r>
            <w:r w:rsidRPr="00302C92">
              <w:rPr>
                <w:b/>
                <w:lang w:val="pt-BR"/>
              </w:rPr>
              <w:t xml:space="preserve"> Colegiado</w:t>
            </w:r>
          </w:p>
        </w:tc>
      </w:tr>
      <w:tr w:rsidR="00697808" w:rsidRPr="00302C92" w14:paraId="450C8579" w14:textId="77777777">
        <w:trPr>
          <w:trHeight w:val="567"/>
          <w:jc w:val="center"/>
        </w:trPr>
        <w:tc>
          <w:tcPr>
            <w:tcW w:w="28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38EE06" w14:textId="77777777" w:rsidR="00697808" w:rsidRPr="00302C92" w:rsidRDefault="00697808">
            <w:pPr>
              <w:spacing w:line="252" w:lineRule="auto"/>
              <w:rPr>
                <w:lang w:val="pt-BR"/>
              </w:rPr>
            </w:pPr>
          </w:p>
        </w:tc>
        <w:tc>
          <w:tcPr>
            <w:tcW w:w="70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102948" w14:textId="77777777" w:rsidR="00697808" w:rsidRPr="00302C92" w:rsidRDefault="00697808">
            <w:pPr>
              <w:spacing w:line="252" w:lineRule="auto"/>
              <w:rPr>
                <w:lang w:val="pt-BR"/>
              </w:rPr>
            </w:pPr>
          </w:p>
        </w:tc>
      </w:tr>
    </w:tbl>
    <w:p w14:paraId="0C695664" w14:textId="77777777" w:rsidR="00697808" w:rsidRPr="00302C92" w:rsidRDefault="00370C4A">
      <w:pPr>
        <w:spacing w:before="160"/>
        <w:rPr>
          <w:lang w:val="pt-BR"/>
        </w:rPr>
      </w:pPr>
      <w:r w:rsidRPr="00302C92">
        <w:rPr>
          <w:b/>
          <w:lang w:val="pt-BR"/>
        </w:rPr>
        <w:t xml:space="preserve">Observação: </w:t>
      </w:r>
      <w:r w:rsidRPr="00302C92">
        <w:rPr>
          <w:lang w:val="pt-BR"/>
        </w:rPr>
        <w:t xml:space="preserve">caso a solicitação envolva mais de uma UC da UFSJ/CCO, repetir os Quadros A, B e C para cada UC pretendida. A eventual utilização parcial de uma disciplina de origem deverá ser controlada pelo saldo remanescente </w:t>
      </w:r>
      <w:r w:rsidRPr="00302C92">
        <w:rPr>
          <w:lang w:val="pt-BR"/>
        </w:rPr>
        <w:t>informado pelo discente e conferido pelo Colegiado.</w:t>
      </w:r>
    </w:p>
    <w:sectPr w:rsidR="00697808" w:rsidRPr="00302C92" w:rsidSect="00302C92">
      <w:pgSz w:w="11906" w:h="16838" w:orient="landscape"/>
      <w:pgMar w:top="737" w:right="737" w:bottom="73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02C92"/>
    <w:rsid w:val="00326F90"/>
    <w:rsid w:val="00370C4A"/>
    <w:rsid w:val="00510386"/>
    <w:rsid w:val="00697808"/>
    <w:rsid w:val="00AA1D8D"/>
    <w:rsid w:val="00B47730"/>
    <w:rsid w:val="00CB0664"/>
    <w:rsid w:val="00FC2E6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87358A"/>
  <w14:defaultImageDpi w14:val="300"/>
  <w15:docId w15:val="{B5CC5B05-F0A7-4740-893D-4B6D57C26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781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Usuario</cp:lastModifiedBy>
  <cp:revision>2</cp:revision>
  <dcterms:created xsi:type="dcterms:W3CDTF">2026-04-21T11:06:00Z</dcterms:created>
  <dcterms:modified xsi:type="dcterms:W3CDTF">2026-04-21T11:06:00Z</dcterms:modified>
  <cp:category/>
</cp:coreProperties>
</file>